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95CDA" w14:textId="77777777" w:rsidR="004A5359" w:rsidRDefault="0014264C">
      <w:pPr>
        <w:jc w:val="center"/>
      </w:pPr>
      <w:r>
        <w:rPr>
          <w:b/>
          <w:sz w:val="40"/>
        </w:rPr>
        <w:t>STATUT</w:t>
      </w:r>
      <w:r>
        <w:rPr>
          <w:b/>
          <w:sz w:val="40"/>
        </w:rPr>
        <w:br/>
      </w:r>
      <w:r>
        <w:rPr>
          <w:b/>
          <w:sz w:val="40"/>
        </w:rPr>
        <w:br/>
        <w:t>NIEPUBLICZNEGO PRZEDSZKOLA</w:t>
      </w:r>
      <w:r>
        <w:rPr>
          <w:b/>
          <w:sz w:val="40"/>
        </w:rPr>
        <w:br/>
        <w:t>„U Dziadka i Babci”</w:t>
      </w:r>
    </w:p>
    <w:p w14:paraId="0A2BE1C1" w14:textId="77777777" w:rsidR="004A5359" w:rsidRDefault="0014264C">
      <w:pPr>
        <w:jc w:val="center"/>
      </w:pPr>
      <w:r>
        <w:br/>
        <w:t>ul. Miłosza 13</w:t>
      </w:r>
      <w:r>
        <w:br/>
        <w:t>84-240 Reda</w:t>
      </w:r>
      <w:r>
        <w:br/>
      </w:r>
      <w:r>
        <w:br/>
        <w:t>Obowiązuje od 1 września 2026 r.</w:t>
      </w:r>
    </w:p>
    <w:p w14:paraId="50805253" w14:textId="77777777" w:rsidR="004A5359" w:rsidRDefault="0014264C">
      <w:r>
        <w:br w:type="page"/>
      </w:r>
    </w:p>
    <w:p w14:paraId="65E3103E" w14:textId="77777777" w:rsidR="004A5359" w:rsidRDefault="0014264C">
      <w:pPr>
        <w:pStyle w:val="Heading1"/>
      </w:pPr>
      <w:bookmarkStart w:id="0" w:name="_Toc239453176"/>
      <w:r>
        <w:lastRenderedPageBreak/>
        <w:t>SPIS TREŚCI</w:t>
      </w:r>
      <w:bookmarkEnd w:id="0"/>
    </w:p>
    <w:p w14:paraId="1EB4F6B6" w14:textId="2949A9ED" w:rsidR="006E6EF0" w:rsidRDefault="0014264C">
      <w:pPr>
        <w:pStyle w:val="TOC1"/>
        <w:tabs>
          <w:tab w:val="right" w:leader="dot" w:pos="9396"/>
        </w:tabs>
        <w:rPr>
          <w:noProof/>
        </w:rPr>
      </w:pPr>
      <w:r>
        <w:fldChar w:fldCharType="begin"/>
      </w:r>
      <w:r>
        <w:instrText>TOC \o "1-1" \h \z \u</w:instrText>
      </w:r>
      <w:r>
        <w:fldChar w:fldCharType="separate"/>
      </w:r>
      <w:hyperlink w:anchor="_Toc239453176" w:history="1">
        <w:r w:rsidR="006E6EF0" w:rsidRPr="00A6525E">
          <w:rPr>
            <w:rStyle w:val="Hyperlink"/>
            <w:noProof/>
          </w:rPr>
          <w:t>SPIS TREŚCI</w:t>
        </w:r>
        <w:r w:rsidR="006E6EF0">
          <w:rPr>
            <w:noProof/>
            <w:webHidden/>
          </w:rPr>
          <w:tab/>
        </w:r>
        <w:r w:rsidR="006E6EF0">
          <w:rPr>
            <w:noProof/>
            <w:webHidden/>
          </w:rPr>
          <w:fldChar w:fldCharType="begin"/>
        </w:r>
        <w:r w:rsidR="006E6EF0">
          <w:rPr>
            <w:noProof/>
            <w:webHidden/>
          </w:rPr>
          <w:instrText xml:space="preserve"> PAGEREF _Toc239453176 \h </w:instrText>
        </w:r>
        <w:r w:rsidR="006E6EF0">
          <w:rPr>
            <w:noProof/>
            <w:webHidden/>
          </w:rPr>
        </w:r>
        <w:r w:rsidR="006E6EF0">
          <w:rPr>
            <w:noProof/>
            <w:webHidden/>
          </w:rPr>
          <w:fldChar w:fldCharType="separate"/>
        </w:r>
        <w:r w:rsidR="006E6EF0">
          <w:rPr>
            <w:noProof/>
            <w:webHidden/>
          </w:rPr>
          <w:t>2</w:t>
        </w:r>
        <w:r w:rsidR="006E6EF0">
          <w:rPr>
            <w:noProof/>
            <w:webHidden/>
          </w:rPr>
          <w:fldChar w:fldCharType="end"/>
        </w:r>
      </w:hyperlink>
    </w:p>
    <w:p w14:paraId="1F69636F" w14:textId="085A1A58" w:rsidR="006E6EF0" w:rsidRDefault="006E6EF0">
      <w:pPr>
        <w:pStyle w:val="TOC1"/>
        <w:tabs>
          <w:tab w:val="right" w:leader="dot" w:pos="9396"/>
        </w:tabs>
        <w:rPr>
          <w:noProof/>
        </w:rPr>
      </w:pPr>
      <w:hyperlink w:anchor="_Toc239453177" w:history="1">
        <w:r w:rsidRPr="00A6525E">
          <w:rPr>
            <w:rStyle w:val="Hyperlink"/>
            <w:noProof/>
          </w:rPr>
          <w:t>ROZDZIAŁ 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_Toc239453177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9185F75" w14:textId="4592234D" w:rsidR="006E6EF0" w:rsidRDefault="006E6EF0">
      <w:pPr>
        <w:pStyle w:val="TOC1"/>
        <w:tabs>
          <w:tab w:val="right" w:leader="dot" w:pos="9396"/>
        </w:tabs>
        <w:rPr>
          <w:noProof/>
        </w:rPr>
      </w:pPr>
      <w:hyperlink w:anchor="_Toc239453178" w:history="1">
        <w:r w:rsidRPr="00A6525E">
          <w:rPr>
            <w:rStyle w:val="Hyperlink"/>
            <w:noProof/>
          </w:rPr>
          <w:t>ROZDZIAŁ II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_Toc239453178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712E5F2" w14:textId="32628E55" w:rsidR="006E6EF0" w:rsidRDefault="006E6EF0">
      <w:pPr>
        <w:pStyle w:val="TOC1"/>
        <w:tabs>
          <w:tab w:val="right" w:leader="dot" w:pos="9396"/>
        </w:tabs>
        <w:rPr>
          <w:noProof/>
        </w:rPr>
      </w:pPr>
      <w:hyperlink w:anchor="_Toc239453179" w:history="1">
        <w:r w:rsidRPr="00A6525E">
          <w:rPr>
            <w:rStyle w:val="Hyperlink"/>
            <w:noProof/>
          </w:rPr>
          <w:t>ROZDZIAŁ III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_Toc239453179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1B0C319C" w14:textId="7F8B7314" w:rsidR="006E6EF0" w:rsidRDefault="006E6EF0">
      <w:pPr>
        <w:pStyle w:val="TOC1"/>
        <w:tabs>
          <w:tab w:val="right" w:leader="dot" w:pos="9396"/>
        </w:tabs>
        <w:rPr>
          <w:noProof/>
        </w:rPr>
      </w:pPr>
      <w:hyperlink w:anchor="_Toc239453180" w:history="1">
        <w:r w:rsidRPr="00A6525E">
          <w:rPr>
            <w:rStyle w:val="Hyperlink"/>
            <w:noProof/>
          </w:rPr>
          <w:t>ROZDZIAŁ IV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_Toc239453180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3DD7E618" w14:textId="351E5C10" w:rsidR="006E6EF0" w:rsidRDefault="006E6EF0">
      <w:pPr>
        <w:pStyle w:val="TOC1"/>
        <w:tabs>
          <w:tab w:val="right" w:leader="dot" w:pos="9396"/>
        </w:tabs>
        <w:rPr>
          <w:noProof/>
        </w:rPr>
      </w:pPr>
      <w:hyperlink w:anchor="_Toc239453181" w:history="1">
        <w:r w:rsidRPr="00A6525E">
          <w:rPr>
            <w:rStyle w:val="Hyperlink"/>
            <w:noProof/>
          </w:rPr>
          <w:t>ROZDZIAŁ 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_Toc239453181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1EA2F7F2" w14:textId="75281EB5" w:rsidR="006E6EF0" w:rsidRDefault="006E6EF0">
      <w:pPr>
        <w:pStyle w:val="TOC1"/>
        <w:tabs>
          <w:tab w:val="right" w:leader="dot" w:pos="9396"/>
        </w:tabs>
        <w:rPr>
          <w:noProof/>
        </w:rPr>
      </w:pPr>
      <w:hyperlink w:anchor="_Toc239453182" w:history="1">
        <w:r w:rsidRPr="00A6525E">
          <w:rPr>
            <w:rStyle w:val="Hyperlink"/>
            <w:noProof/>
          </w:rPr>
          <w:t>ROZDZIAŁ VI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_Toc239453182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6D0EAE7E" w14:textId="6AA8324D" w:rsidR="006E6EF0" w:rsidRDefault="006E6EF0">
      <w:pPr>
        <w:pStyle w:val="TOC1"/>
        <w:tabs>
          <w:tab w:val="right" w:leader="dot" w:pos="9396"/>
        </w:tabs>
        <w:rPr>
          <w:noProof/>
        </w:rPr>
      </w:pPr>
      <w:hyperlink w:anchor="_Toc239453183" w:history="1">
        <w:r w:rsidRPr="00A6525E">
          <w:rPr>
            <w:rStyle w:val="Hyperlink"/>
            <w:noProof/>
          </w:rPr>
          <w:t>ROZDZIAŁ VII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_Toc239453183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52F30F69" w14:textId="6748FEB9" w:rsidR="004A5359" w:rsidRDefault="0014264C">
      <w:r>
        <w:fldChar w:fldCharType="end"/>
      </w:r>
    </w:p>
    <w:p w14:paraId="51A316C5" w14:textId="77777777" w:rsidR="004A5359" w:rsidRDefault="0014264C">
      <w:r>
        <w:br w:type="page"/>
      </w:r>
    </w:p>
    <w:p w14:paraId="78AD656B" w14:textId="77777777" w:rsidR="004A5359" w:rsidRDefault="0014264C">
      <w:pPr>
        <w:jc w:val="both"/>
      </w:pPr>
      <w:r>
        <w:lastRenderedPageBreak/>
        <w:t>STA TUT NIEPUBLICZNEGO PRZEDSZKOLA „ U Dziadka i Babci ”</w:t>
      </w:r>
    </w:p>
    <w:p w14:paraId="2F18C29E" w14:textId="77777777" w:rsidR="004A5359" w:rsidRDefault="0014264C">
      <w:pPr>
        <w:jc w:val="both"/>
      </w:pPr>
      <w:r>
        <w:t>w Redzie przy ul. Miłosza 13</w:t>
      </w:r>
    </w:p>
    <w:p w14:paraId="63EEEDE7" w14:textId="77777777" w:rsidR="004A5359" w:rsidRDefault="0014264C">
      <w:pPr>
        <w:pStyle w:val="Heading1"/>
        <w:jc w:val="both"/>
      </w:pPr>
      <w:bookmarkStart w:id="1" w:name="_Toc239453177"/>
      <w:r>
        <w:t>ROZDZIAŁ I</w:t>
      </w:r>
      <w:bookmarkEnd w:id="1"/>
    </w:p>
    <w:p w14:paraId="6029B432" w14:textId="77777777" w:rsidR="004A5359" w:rsidRDefault="0014264C">
      <w:pPr>
        <w:jc w:val="both"/>
      </w:pPr>
      <w:r>
        <w:t>POSTANOWIENIA WSTĘPNE</w:t>
      </w:r>
    </w:p>
    <w:p w14:paraId="3AF2D6FA" w14:textId="77777777" w:rsidR="004A5359" w:rsidRDefault="0014264C">
      <w:pPr>
        <w:pStyle w:val="Heading2"/>
        <w:jc w:val="both"/>
      </w:pPr>
      <w:r>
        <w:t>§ 1.</w:t>
      </w:r>
    </w:p>
    <w:p w14:paraId="112E157B" w14:textId="77777777" w:rsidR="004A5359" w:rsidRDefault="0014264C">
      <w:pPr>
        <w:jc w:val="both"/>
      </w:pPr>
      <w:r>
        <w:t>1. Nazwa przedszkola brzmi: Niepubliczne Przedszkole  U Dziadka i Babci</w:t>
      </w:r>
    </w:p>
    <w:p w14:paraId="2FFACF4D" w14:textId="77777777" w:rsidR="004A5359" w:rsidRDefault="0014264C">
      <w:pPr>
        <w:jc w:val="both"/>
      </w:pPr>
      <w:r>
        <w:t>2. Przedszkole posługuje się pieczęcią:</w:t>
      </w:r>
    </w:p>
    <w:p w14:paraId="43EF789E" w14:textId="77777777" w:rsidR="004A5359" w:rsidRDefault="0014264C">
      <w:pPr>
        <w:jc w:val="both"/>
      </w:pPr>
      <w:r>
        <w:t>Niepubliczne  Przedszkole</w:t>
      </w:r>
    </w:p>
    <w:p w14:paraId="54F30F5A" w14:textId="77777777" w:rsidR="004A5359" w:rsidRDefault="0014264C">
      <w:pPr>
        <w:jc w:val="both"/>
      </w:pPr>
      <w:r>
        <w:t>U Dziadka i Babci</w:t>
      </w:r>
    </w:p>
    <w:p w14:paraId="0BA0D441" w14:textId="77777777" w:rsidR="004A5359" w:rsidRDefault="0014264C">
      <w:pPr>
        <w:jc w:val="both"/>
      </w:pPr>
      <w:r>
        <w:t>Teresa Wiśniewska</w:t>
      </w:r>
    </w:p>
    <w:p w14:paraId="33FB6BF3" w14:textId="77777777" w:rsidR="004A5359" w:rsidRDefault="0014264C">
      <w:pPr>
        <w:jc w:val="both"/>
      </w:pPr>
      <w:r>
        <w:t>ul. Miłosza 13, 84-240 Reda</w:t>
      </w:r>
    </w:p>
    <w:p w14:paraId="4F6914CE" w14:textId="77777777" w:rsidR="004A5359" w:rsidRDefault="0014264C">
      <w:pPr>
        <w:jc w:val="both"/>
      </w:pPr>
      <w:r>
        <w:t>www.przedszkoleudziadkaibabci.com</w:t>
      </w:r>
    </w:p>
    <w:p w14:paraId="0D500046" w14:textId="77777777" w:rsidR="004A5359" w:rsidRDefault="0014264C">
      <w:pPr>
        <w:jc w:val="both"/>
      </w:pPr>
      <w:r>
        <w:t>3. Lokalizacja przedszkola: Redzie przy ul. Miłosza 13</w:t>
      </w:r>
    </w:p>
    <w:p w14:paraId="51274450" w14:textId="77777777" w:rsidR="004A5359" w:rsidRDefault="0014264C">
      <w:pPr>
        <w:jc w:val="both"/>
      </w:pPr>
      <w:r>
        <w:t>1) siedzibą przedszkola jest obiekt w Redzie  przy ulicy Miłosza 13 , w którym funkcjonują</w:t>
      </w:r>
    </w:p>
    <w:p w14:paraId="6A748475" w14:textId="77777777" w:rsidR="004A5359" w:rsidRDefault="0014264C">
      <w:pPr>
        <w:jc w:val="both"/>
      </w:pPr>
      <w:r>
        <w:t>grupy  przedszkolne:   dla dzieci od 2,5 do 7 lat</w:t>
      </w:r>
    </w:p>
    <w:p w14:paraId="130A5CB7" w14:textId="77777777" w:rsidR="004A5359" w:rsidRDefault="0014264C">
      <w:pPr>
        <w:jc w:val="both"/>
      </w:pPr>
      <w:r>
        <w:t>2) Organem prowadzącym niepubliczne przedszkole jest  Teresa Wiśniewska</w:t>
      </w:r>
    </w:p>
    <w:p w14:paraId="0F9394A7" w14:textId="77777777" w:rsidR="004A5359" w:rsidRDefault="0014264C">
      <w:pPr>
        <w:jc w:val="both"/>
      </w:pPr>
      <w:r>
        <w:t>3)Organem sprawującym nadzór pedagogiczny jest  Teresa Wiśniewska</w:t>
      </w:r>
    </w:p>
    <w:p w14:paraId="2BBA78AD" w14:textId="77777777" w:rsidR="004A5359" w:rsidRDefault="0014264C">
      <w:pPr>
        <w:pStyle w:val="Heading2"/>
        <w:jc w:val="both"/>
      </w:pPr>
      <w:r>
        <w:t>§ 2.</w:t>
      </w:r>
    </w:p>
    <w:p w14:paraId="2BB44C8E" w14:textId="77777777" w:rsidR="004A5359" w:rsidRDefault="0014264C">
      <w:pPr>
        <w:jc w:val="both"/>
      </w:pPr>
      <w:r>
        <w:t>Ilekroć w dalszej części statutu jest mowa bez bliższego określenia o:</w:t>
      </w:r>
    </w:p>
    <w:p w14:paraId="3EE9B6E8" w14:textId="77777777" w:rsidR="004A5359" w:rsidRDefault="0014264C">
      <w:pPr>
        <w:jc w:val="both"/>
      </w:pPr>
      <w:r>
        <w:t>1) przedszkolu – należy przez to rozumieć Niepubliczne Przedszkole U Dziadka i Babci</w:t>
      </w:r>
    </w:p>
    <w:p w14:paraId="271ABB86" w14:textId="77777777" w:rsidR="004A5359" w:rsidRDefault="0014264C">
      <w:pPr>
        <w:jc w:val="both"/>
      </w:pPr>
      <w:r>
        <w:t>84-240 Reda ul. Miłosza 13</w:t>
      </w:r>
    </w:p>
    <w:p w14:paraId="4798C3F8" w14:textId="77777777" w:rsidR="004A5359" w:rsidRDefault="0014264C">
      <w:pPr>
        <w:jc w:val="both"/>
      </w:pPr>
      <w:r>
        <w:t>2) statucie – należy przez to rozumieć Statut Niepublicznego Przedszkola  U Dziadka i</w:t>
      </w:r>
    </w:p>
    <w:p w14:paraId="4AA2D517" w14:textId="77777777" w:rsidR="004A5359" w:rsidRDefault="0014264C">
      <w:pPr>
        <w:jc w:val="both"/>
      </w:pPr>
      <w:r>
        <w:t>Babci 84-240 Reda ul. Miłosza 13</w:t>
      </w:r>
    </w:p>
    <w:p w14:paraId="63D59E95" w14:textId="77777777" w:rsidR="004A5359" w:rsidRDefault="0014264C">
      <w:pPr>
        <w:jc w:val="both"/>
      </w:pPr>
      <w:r>
        <w:t>3) nauczycielu – należy przez to rozumieć każdego pracownika pedagogicznego</w:t>
      </w:r>
    </w:p>
    <w:p w14:paraId="1531A20F" w14:textId="77777777" w:rsidR="004A5359" w:rsidRDefault="0014264C">
      <w:pPr>
        <w:jc w:val="both"/>
      </w:pPr>
      <w:r>
        <w:t>przedszkola</w:t>
      </w:r>
    </w:p>
    <w:p w14:paraId="2C22CA74" w14:textId="77777777" w:rsidR="004A5359" w:rsidRDefault="0014264C">
      <w:pPr>
        <w:jc w:val="both"/>
      </w:pPr>
      <w:r>
        <w:t>4) rodzicach – należy przez to rozumieć prawnych opiekunów dziecka oraz osoby</w:t>
      </w:r>
    </w:p>
    <w:p w14:paraId="4DBD9609" w14:textId="77777777" w:rsidR="004A5359" w:rsidRDefault="0014264C">
      <w:pPr>
        <w:jc w:val="both"/>
      </w:pPr>
      <w:r>
        <w:lastRenderedPageBreak/>
        <w:t>(podmioty) sprawujące pieczę zastępczą nad dzieckiem.</w:t>
      </w:r>
    </w:p>
    <w:p w14:paraId="7D31C590" w14:textId="77777777" w:rsidR="004A5359" w:rsidRDefault="0014264C">
      <w:pPr>
        <w:pStyle w:val="Heading1"/>
        <w:jc w:val="both"/>
      </w:pPr>
      <w:bookmarkStart w:id="2" w:name="_Toc239453178"/>
      <w:r>
        <w:t>ROZDZIAŁ II</w:t>
      </w:r>
      <w:bookmarkEnd w:id="2"/>
    </w:p>
    <w:p w14:paraId="79750D89" w14:textId="77777777" w:rsidR="004A5359" w:rsidRDefault="0014264C">
      <w:pPr>
        <w:jc w:val="both"/>
      </w:pPr>
      <w:r>
        <w:t>CELE I ZADANIA PRZEDSZKOLA</w:t>
      </w:r>
    </w:p>
    <w:p w14:paraId="1A953416" w14:textId="77777777" w:rsidR="004A5359" w:rsidRDefault="0014264C">
      <w:pPr>
        <w:pStyle w:val="Heading2"/>
        <w:jc w:val="both"/>
      </w:pPr>
      <w:r>
        <w:t>§ 3.</w:t>
      </w:r>
    </w:p>
    <w:p w14:paraId="68FBF872" w14:textId="77777777" w:rsidR="004A5359" w:rsidRDefault="0014264C">
      <w:pPr>
        <w:jc w:val="both"/>
      </w:pPr>
      <w:r>
        <w:t>1. Przedszkole realizuje cele i zadania zgodnie z oczekiwaniami rodziców wynikające w</w:t>
      </w:r>
    </w:p>
    <w:p w14:paraId="2577200E" w14:textId="77777777" w:rsidR="004A5359" w:rsidRDefault="0014264C">
      <w:pPr>
        <w:jc w:val="both"/>
      </w:pPr>
      <w:r>
        <w:t>szczególności z podstawy programowej wychowania przedszkolnego.</w:t>
      </w:r>
    </w:p>
    <w:p w14:paraId="66158F7A" w14:textId="77777777" w:rsidR="004A5359" w:rsidRDefault="0014264C">
      <w:pPr>
        <w:jc w:val="both"/>
      </w:pPr>
      <w:r>
        <w:t>2. Naczelnym celem wychowania przedszkolnego jest wsparcie całościowego rozwoju dziecka</w:t>
      </w:r>
    </w:p>
    <w:p w14:paraId="642E25B7" w14:textId="77777777" w:rsidR="004A5359" w:rsidRDefault="0014264C">
      <w:pPr>
        <w:jc w:val="both"/>
      </w:pPr>
      <w:r>
        <w:t>3. W ramach zadań działalności edukacyjnej przedszkole realizuje:</w:t>
      </w:r>
    </w:p>
    <w:p w14:paraId="5969DAFC" w14:textId="77777777" w:rsidR="004A5359" w:rsidRDefault="0014264C">
      <w:pPr>
        <w:jc w:val="both"/>
      </w:pPr>
      <w:r>
        <w:t>1. wspieranie wielokierunkowej aktywności dziecka poprzez organizację warunków</w:t>
      </w:r>
    </w:p>
    <w:p w14:paraId="4D02D8E7" w14:textId="77777777" w:rsidR="004A5359" w:rsidRDefault="0014264C">
      <w:pPr>
        <w:jc w:val="both"/>
      </w:pPr>
      <w:r>
        <w:t>sprzyjających nabywaniu doświadczeń w fizycznym, emocjonalnym, społecznym i</w:t>
      </w:r>
    </w:p>
    <w:p w14:paraId="0147EA37" w14:textId="77777777" w:rsidR="004A5359" w:rsidRDefault="0014264C">
      <w:pPr>
        <w:jc w:val="both"/>
      </w:pPr>
      <w:r>
        <w:t>poznawczym obszarze jego rozwoju,</w:t>
      </w:r>
    </w:p>
    <w:p w14:paraId="3EF100B8" w14:textId="77777777" w:rsidR="004A5359" w:rsidRDefault="0014264C">
      <w:pPr>
        <w:jc w:val="both"/>
      </w:pPr>
      <w:r>
        <w:t>2. tworzenie warunków umożliwiających dzieciom swobodny rozwój, zabawę i</w:t>
      </w:r>
    </w:p>
    <w:p w14:paraId="3EB56A49" w14:textId="77777777" w:rsidR="004A5359" w:rsidRDefault="0014264C">
      <w:pPr>
        <w:jc w:val="both"/>
      </w:pPr>
      <w:r>
        <w:t>odpoczynek w poczuciu bezpieczeństwa,</w:t>
      </w:r>
    </w:p>
    <w:p w14:paraId="50BB56D9" w14:textId="77777777" w:rsidR="004A5359" w:rsidRDefault="0014264C">
      <w:pPr>
        <w:jc w:val="both"/>
      </w:pPr>
      <w:r>
        <w:t>3. wspieranie aktywności dziecka podnoszącej poziom integracji sensorycznej i</w:t>
      </w:r>
    </w:p>
    <w:p w14:paraId="3DFFA4FD" w14:textId="77777777" w:rsidR="004A5359" w:rsidRDefault="0014264C">
      <w:pPr>
        <w:jc w:val="both"/>
      </w:pPr>
      <w:r>
        <w:t>umiejętności korzystania z rozwijających się procesów poznawczych,</w:t>
      </w:r>
    </w:p>
    <w:p w14:paraId="136955CE" w14:textId="77777777" w:rsidR="004A5359" w:rsidRDefault="0014264C">
      <w:pPr>
        <w:jc w:val="both"/>
      </w:pPr>
      <w:r>
        <w:t>4. zapewnienie prawidłowej organizacji warunków sprzyjających nabywaniu przez</w:t>
      </w:r>
    </w:p>
    <w:p w14:paraId="4B0D75C9" w14:textId="77777777" w:rsidR="004A5359" w:rsidRDefault="0014264C">
      <w:pPr>
        <w:jc w:val="both"/>
      </w:pPr>
      <w:r>
        <w:t>dzieci doświadczeń, które umożliwią im ciągłość procesów adaptacji oraz pomoc</w:t>
      </w:r>
    </w:p>
    <w:p w14:paraId="5E6C7177" w14:textId="77777777" w:rsidR="004A5359" w:rsidRDefault="0014264C">
      <w:pPr>
        <w:jc w:val="both"/>
      </w:pPr>
      <w:r>
        <w:t>dzieciom rozwijającym się w sposób nieharmonijny, wolniejszy lub przyspieszony,</w:t>
      </w:r>
    </w:p>
    <w:p w14:paraId="0149CD15" w14:textId="77777777" w:rsidR="004A5359" w:rsidRDefault="0014264C">
      <w:pPr>
        <w:jc w:val="both"/>
      </w:pPr>
      <w:r>
        <w:t>5. wspieranie samodzielnej dziecięcej eksploracji świata, dobór treści adekwatnych do</w:t>
      </w:r>
    </w:p>
    <w:p w14:paraId="074D52DC" w14:textId="77777777" w:rsidR="004A5359" w:rsidRDefault="0014264C">
      <w:pPr>
        <w:jc w:val="both"/>
      </w:pPr>
      <w:r>
        <w:t>poziomu rozwoju dziecka, jego możliwości percepcyjnych, wyobrażeń i</w:t>
      </w:r>
    </w:p>
    <w:p w14:paraId="3C706630" w14:textId="77777777" w:rsidR="004A5359" w:rsidRDefault="0014264C">
      <w:pPr>
        <w:jc w:val="both"/>
      </w:pPr>
      <w:r>
        <w:t>rozumowania, z poszanowaniem indywidualnych potrzeb i zainteresowań,</w:t>
      </w:r>
    </w:p>
    <w:p w14:paraId="3F0D217B" w14:textId="77777777" w:rsidR="004A5359" w:rsidRDefault="0014264C">
      <w:pPr>
        <w:jc w:val="both"/>
      </w:pPr>
      <w:r>
        <w:t>6. wzmacnianie poczucia wartości, indywidualność, oryginalność dziecka oraz</w:t>
      </w:r>
    </w:p>
    <w:p w14:paraId="75CA4C57" w14:textId="77777777" w:rsidR="004A5359" w:rsidRDefault="0014264C">
      <w:pPr>
        <w:jc w:val="both"/>
      </w:pPr>
      <w:r>
        <w:t>potrzeby tworzenia relacji osobowych i uczestnictwa w grupie,</w:t>
      </w:r>
    </w:p>
    <w:p w14:paraId="6CDF8B95" w14:textId="77777777" w:rsidR="004A5359" w:rsidRDefault="0014264C">
      <w:pPr>
        <w:jc w:val="both"/>
      </w:pPr>
      <w:r>
        <w:t>7. promowanie ochrony zdrowia, tworzenie sytuacji sprzyjających rozwojowi nawyków</w:t>
      </w:r>
    </w:p>
    <w:p w14:paraId="56FAB535" w14:textId="77777777" w:rsidR="004A5359" w:rsidRDefault="0014264C">
      <w:pPr>
        <w:jc w:val="both"/>
      </w:pPr>
      <w:r>
        <w:t>i  zachowań prowadzących do samodzielności, dbania o zdrowie, sprawność</w:t>
      </w:r>
    </w:p>
    <w:p w14:paraId="6B06A99D" w14:textId="77777777" w:rsidR="004A5359" w:rsidRDefault="0014264C">
      <w:pPr>
        <w:jc w:val="both"/>
      </w:pPr>
      <w:r>
        <w:t>ruchową i bezpieczeństwo, w tym o bezpieczeństwo w ruchu drogowym,</w:t>
      </w:r>
    </w:p>
    <w:p w14:paraId="79A5D36F" w14:textId="77777777" w:rsidR="004A5359" w:rsidRDefault="0014264C">
      <w:pPr>
        <w:jc w:val="both"/>
      </w:pPr>
      <w:r>
        <w:lastRenderedPageBreak/>
        <w:t>8. przygotowywanie do rozumienia emocji, uczuć własnych i innych ludzi oraz dbanie</w:t>
      </w:r>
    </w:p>
    <w:p w14:paraId="69AD3CA3" w14:textId="77777777" w:rsidR="004A5359" w:rsidRDefault="0014264C">
      <w:pPr>
        <w:jc w:val="both"/>
      </w:pPr>
      <w:r>
        <w:t>o zdrowie psychiczne, realizowane m. in. z wykorzystaniem naturalnych sytuacji,</w:t>
      </w:r>
    </w:p>
    <w:p w14:paraId="35FC2809" w14:textId="77777777" w:rsidR="004A5359" w:rsidRDefault="0014264C">
      <w:pPr>
        <w:jc w:val="both"/>
      </w:pPr>
      <w:r>
        <w:t>pojawiających się w przedszkolu oraz sytuacji zadaniowych, uwzględniających treści</w:t>
      </w:r>
    </w:p>
    <w:p w14:paraId="2598AD8C" w14:textId="77777777" w:rsidR="004A5359" w:rsidRDefault="0014264C">
      <w:pPr>
        <w:jc w:val="both"/>
      </w:pPr>
      <w:r>
        <w:t>adekwatne do intelektualnych możliwości i oczekiwań rozwojowych dzieci,</w:t>
      </w:r>
    </w:p>
    <w:p w14:paraId="6D46AA40" w14:textId="77777777" w:rsidR="004A5359" w:rsidRDefault="0014264C">
      <w:pPr>
        <w:jc w:val="both"/>
      </w:pPr>
      <w:r>
        <w:t>9. tworzenie sytuacji edukacyjnych budujących wrażliwość dziecka, w tym wrażliwość</w:t>
      </w:r>
    </w:p>
    <w:p w14:paraId="4AFE43A6" w14:textId="77777777" w:rsidR="004A5359" w:rsidRDefault="0014264C">
      <w:pPr>
        <w:jc w:val="both"/>
      </w:pPr>
      <w:r>
        <w:t>estetyczną, w odniesieniu do wielu sfer aktywności człowieka: mowy, zachowania,</w:t>
      </w:r>
    </w:p>
    <w:p w14:paraId="17760E73" w14:textId="77777777" w:rsidR="004A5359" w:rsidRDefault="0014264C">
      <w:pPr>
        <w:jc w:val="both"/>
      </w:pPr>
      <w:r>
        <w:t>ruchu, środowiska, ubioru, muzyki, tańca, śpiewu, teatru, plastyki,</w:t>
      </w:r>
    </w:p>
    <w:p w14:paraId="27150EC5" w14:textId="77777777" w:rsidR="004A5359" w:rsidRDefault="0014264C">
      <w:pPr>
        <w:jc w:val="both"/>
      </w:pPr>
      <w:r>
        <w:t>10. tworzenie warunków pozwalających na bezpieczną, samodzielną eksplorację</w:t>
      </w:r>
    </w:p>
    <w:p w14:paraId="6DE46FDC" w14:textId="77777777" w:rsidR="004A5359" w:rsidRDefault="0014264C">
      <w:pPr>
        <w:jc w:val="both"/>
      </w:pPr>
      <w:r>
        <w:t>otaczającej dziecko przyrody, stymulujących rozwój wrażliwości i umożliwiających</w:t>
      </w:r>
    </w:p>
    <w:p w14:paraId="6FA43205" w14:textId="77777777" w:rsidR="004A5359" w:rsidRDefault="0014264C">
      <w:pPr>
        <w:jc w:val="both"/>
      </w:pPr>
      <w:r>
        <w:t>poznanie wartości oraz norm odnoszących się do środowiska przyrodniczego,</w:t>
      </w:r>
    </w:p>
    <w:p w14:paraId="091FE7A0" w14:textId="77777777" w:rsidR="004A5359" w:rsidRDefault="0014264C">
      <w:pPr>
        <w:jc w:val="both"/>
      </w:pPr>
      <w:r>
        <w:t>adekwatnych do etapu rozwoju dziecka,</w:t>
      </w:r>
    </w:p>
    <w:p w14:paraId="280597B4" w14:textId="77777777" w:rsidR="004A5359" w:rsidRDefault="0014264C">
      <w:pPr>
        <w:jc w:val="both"/>
      </w:pPr>
      <w:r>
        <w:t>11. tworzenie warunków umożliwiających bezpieczną, samodzielną eksplorację</w:t>
      </w:r>
    </w:p>
    <w:p w14:paraId="79999F2A" w14:textId="77777777" w:rsidR="004A5359" w:rsidRDefault="0014264C">
      <w:pPr>
        <w:jc w:val="both"/>
      </w:pPr>
      <w:r>
        <w:t>elementów techniki w otoczeniu, konstruowania, majsterkowania, planowania i</w:t>
      </w:r>
    </w:p>
    <w:p w14:paraId="157C191A" w14:textId="77777777" w:rsidR="004A5359" w:rsidRDefault="0014264C">
      <w:pPr>
        <w:jc w:val="both"/>
      </w:pPr>
      <w:r>
        <w:t>podejmowania intencjonalnego działania, prezentowania wytworów swojej pracy,</w:t>
      </w:r>
    </w:p>
    <w:p w14:paraId="54DBC440" w14:textId="77777777" w:rsidR="004A5359" w:rsidRDefault="0014264C">
      <w:pPr>
        <w:jc w:val="both"/>
      </w:pPr>
      <w:r>
        <w:t>12.  współdziałanie z rodzicami, różnymi środowiskami, organizacjami i instytucjami,</w:t>
      </w:r>
    </w:p>
    <w:p w14:paraId="0E04A1DF" w14:textId="77777777" w:rsidR="004A5359" w:rsidRDefault="0014264C">
      <w:pPr>
        <w:jc w:val="both"/>
      </w:pPr>
      <w:r>
        <w:t>uznanymi przez rodziców za źródło istotnych wartości, na rzecz tworzenia</w:t>
      </w:r>
    </w:p>
    <w:p w14:paraId="62C29A96" w14:textId="77777777" w:rsidR="004A5359" w:rsidRDefault="0014264C">
      <w:pPr>
        <w:jc w:val="both"/>
      </w:pPr>
      <w:r>
        <w:t>warunków umożliwiających rozwój tożsamości dziecka,</w:t>
      </w:r>
    </w:p>
    <w:p w14:paraId="5EB15DA2" w14:textId="77777777" w:rsidR="004A5359" w:rsidRDefault="0014264C">
      <w:pPr>
        <w:jc w:val="both"/>
      </w:pPr>
      <w:r>
        <w:t>13. kreowanie, wspólne z wymienionymi podmiotami, sytuacji prowadzących do</w:t>
      </w:r>
    </w:p>
    <w:p w14:paraId="5561F454" w14:textId="77777777" w:rsidR="004A5359" w:rsidRDefault="0014264C">
      <w:pPr>
        <w:jc w:val="both"/>
      </w:pPr>
      <w:r>
        <w:t>poznania  przez dziecko wartości i norm społecznych, których źródłem jest rodzina,</w:t>
      </w:r>
    </w:p>
    <w:p w14:paraId="29E72A9C" w14:textId="77777777" w:rsidR="004A5359" w:rsidRDefault="0014264C">
      <w:pPr>
        <w:jc w:val="both"/>
      </w:pPr>
      <w:r>
        <w:t>grupa w przedszkolu, inne dorosłe osoby, w tym osoby starsze, oraz rozwijania</w:t>
      </w:r>
    </w:p>
    <w:p w14:paraId="245A7253" w14:textId="77777777" w:rsidR="004A5359" w:rsidRDefault="0014264C">
      <w:pPr>
        <w:jc w:val="both"/>
      </w:pPr>
      <w:r>
        <w:t>zachowań wynikających z wartości możliwych do zrozumienia na tym etapie</w:t>
      </w:r>
    </w:p>
    <w:p w14:paraId="3CE090DA" w14:textId="77777777" w:rsidR="004A5359" w:rsidRDefault="0014264C">
      <w:pPr>
        <w:jc w:val="both"/>
      </w:pPr>
      <w:r>
        <w:t>rozwoju,</w:t>
      </w:r>
    </w:p>
    <w:p w14:paraId="0E21C59A" w14:textId="77777777" w:rsidR="004A5359" w:rsidRDefault="0014264C">
      <w:pPr>
        <w:jc w:val="both"/>
      </w:pPr>
      <w:r>
        <w:t>14. systematyczne uzupełnianie, za zgodą rodziców, realizowanych treści</w:t>
      </w:r>
    </w:p>
    <w:p w14:paraId="40A66695" w14:textId="77777777" w:rsidR="004A5359" w:rsidRDefault="0014264C">
      <w:pPr>
        <w:jc w:val="both"/>
      </w:pPr>
      <w:r>
        <w:t>wychowawczych o nowe zagadnienia, wynikające z pojawienia się w otoczeniu</w:t>
      </w:r>
    </w:p>
    <w:p w14:paraId="4ABA4077" w14:textId="77777777" w:rsidR="004A5359" w:rsidRDefault="0014264C">
      <w:pPr>
        <w:jc w:val="both"/>
      </w:pPr>
      <w:r>
        <w:t>dziecka zmian i zjawisk istotnych dla jego bezpieczeństwa i harmonijnego rozwoju,</w:t>
      </w:r>
    </w:p>
    <w:p w14:paraId="6647E301" w14:textId="77777777" w:rsidR="004A5359" w:rsidRDefault="0014264C">
      <w:pPr>
        <w:jc w:val="both"/>
      </w:pPr>
      <w:r>
        <w:t>15. systematyczne wspieranie rozwoju mechanizmów uczenia się dziecka,</w:t>
      </w:r>
    </w:p>
    <w:p w14:paraId="6EDC8C08" w14:textId="77777777" w:rsidR="004A5359" w:rsidRDefault="0014264C">
      <w:pPr>
        <w:jc w:val="both"/>
      </w:pPr>
      <w:r>
        <w:lastRenderedPageBreak/>
        <w:t>prowadzących do osiągnięcia przez nie poziomu umożliwiającego podjęcie nauki w</w:t>
      </w:r>
    </w:p>
    <w:p w14:paraId="1DF4F39D" w14:textId="77777777" w:rsidR="004A5359" w:rsidRDefault="0014264C">
      <w:pPr>
        <w:jc w:val="both"/>
      </w:pPr>
      <w:r>
        <w:t>szkole,</w:t>
      </w:r>
    </w:p>
    <w:p w14:paraId="5932864E" w14:textId="77777777" w:rsidR="004A5359" w:rsidRDefault="0014264C">
      <w:pPr>
        <w:jc w:val="both"/>
      </w:pPr>
      <w:r>
        <w:t>16. organizowanie zajęć – zgodnie z potrzebami – umożliwiających dziecku poznawanie</w:t>
      </w:r>
    </w:p>
    <w:p w14:paraId="025747FD" w14:textId="77777777" w:rsidR="004A5359" w:rsidRDefault="0014264C">
      <w:pPr>
        <w:jc w:val="both"/>
      </w:pPr>
      <w:r>
        <w:t>kultury i języka mniejszości narodowej lub etnicznej, lub języka regionalnego,</w:t>
      </w:r>
    </w:p>
    <w:p w14:paraId="69716CBB" w14:textId="77777777" w:rsidR="004A5359" w:rsidRDefault="0014264C">
      <w:pPr>
        <w:jc w:val="both"/>
      </w:pPr>
      <w:r>
        <w:t>17. tworzenie sytuacji edukacyjnych sprzyjających budowaniu zainteresowania dziecka</w:t>
      </w:r>
    </w:p>
    <w:p w14:paraId="3F652823" w14:textId="77777777" w:rsidR="004A5359" w:rsidRDefault="0014264C">
      <w:pPr>
        <w:jc w:val="both"/>
      </w:pPr>
      <w:r>
        <w:t>językiem obcym nowożytnym, chęci poznawania innych kultur.</w:t>
      </w:r>
    </w:p>
    <w:p w14:paraId="26C1AE45" w14:textId="77777777" w:rsidR="004A5359" w:rsidRDefault="0014264C">
      <w:pPr>
        <w:jc w:val="both"/>
      </w:pPr>
      <w:r>
        <w:t>18. tworzenie warunków zapewniających dzieciom dobrostan, poczucia bezpieczeństwa</w:t>
      </w:r>
    </w:p>
    <w:p w14:paraId="6F474197" w14:textId="77777777" w:rsidR="004A5359" w:rsidRDefault="0014264C">
      <w:pPr>
        <w:jc w:val="both"/>
      </w:pPr>
      <w:r>
        <w:t>i podmiotowego  traktowania oraz umożliwia im podejmowanie aktywności,</w:t>
      </w:r>
    </w:p>
    <w:p w14:paraId="1BAC245C" w14:textId="77777777" w:rsidR="004A5359" w:rsidRDefault="0014264C">
      <w:pPr>
        <w:jc w:val="both"/>
      </w:pPr>
      <w:r>
        <w:t>dokonywania wyborów odpowiednich do wieku i możliwości oraz rozwijnie</w:t>
      </w:r>
    </w:p>
    <w:p w14:paraId="35FBA37B" w14:textId="77777777" w:rsidR="004A5359" w:rsidRDefault="0014264C">
      <w:pPr>
        <w:jc w:val="both"/>
      </w:pPr>
      <w:r>
        <w:t>samodzielności i sprawczości.</w:t>
      </w:r>
    </w:p>
    <w:p w14:paraId="11BB7928" w14:textId="77777777" w:rsidR="004A5359" w:rsidRDefault="0014264C">
      <w:pPr>
        <w:jc w:val="both"/>
      </w:pPr>
      <w:r>
        <w:t>4. Przedszkole realizuje cele i zadania poprzez:</w:t>
      </w:r>
    </w:p>
    <w:p w14:paraId="6023B458" w14:textId="77777777" w:rsidR="004A5359" w:rsidRDefault="0014264C">
      <w:pPr>
        <w:jc w:val="both"/>
      </w:pPr>
      <w:r>
        <w:t>1. organizację grup  dla dzieci w zbliżonym wieku z uwzględnieniem indywidualnych</w:t>
      </w:r>
    </w:p>
    <w:p w14:paraId="54CA7261" w14:textId="77777777" w:rsidR="004A5359" w:rsidRDefault="0014264C">
      <w:pPr>
        <w:jc w:val="both"/>
      </w:pPr>
      <w:r>
        <w:t>wniosków rodziców, ale przede wszystkim  predyspozycji rozwojowych dziecka,</w:t>
      </w:r>
    </w:p>
    <w:p w14:paraId="7592C7FB" w14:textId="77777777" w:rsidR="004A5359" w:rsidRDefault="0014264C">
      <w:pPr>
        <w:jc w:val="both"/>
      </w:pPr>
      <w:r>
        <w:t>2. dostosowanie metod i form pracy do potrzeb i możliwości indywidualnych dziecka</w:t>
      </w:r>
    </w:p>
    <w:p w14:paraId="1B0ED2BC" w14:textId="77777777" w:rsidR="004A5359" w:rsidRDefault="0014264C">
      <w:pPr>
        <w:jc w:val="both"/>
      </w:pPr>
      <w:r>
        <w:t>oraz wszystkich obszarów edukacyjnych zawartych w podstawie programowej</w:t>
      </w:r>
    </w:p>
    <w:p w14:paraId="22B7352A" w14:textId="77777777" w:rsidR="004A5359" w:rsidRDefault="0014264C">
      <w:pPr>
        <w:jc w:val="both"/>
      </w:pPr>
      <w:r>
        <w:t>wychowania przedszkolnego,</w:t>
      </w:r>
    </w:p>
    <w:p w14:paraId="697F4EF1" w14:textId="77777777" w:rsidR="004A5359" w:rsidRDefault="0014264C">
      <w:pPr>
        <w:jc w:val="both"/>
      </w:pPr>
      <w:r>
        <w:t>3. stosowanie otwartych form pracy, umożliwiających dziecku wybór miejsca i rodzaju</w:t>
      </w:r>
    </w:p>
    <w:p w14:paraId="540466B7" w14:textId="77777777" w:rsidR="004A5359" w:rsidRDefault="0014264C">
      <w:pPr>
        <w:jc w:val="both"/>
      </w:pPr>
      <w:r>
        <w:t>aktywności,</w:t>
      </w:r>
    </w:p>
    <w:p w14:paraId="47E55B4A" w14:textId="77777777" w:rsidR="004A5359" w:rsidRDefault="0014264C">
      <w:pPr>
        <w:jc w:val="both"/>
      </w:pPr>
      <w:r>
        <w:t>4. indywidualizację tempa pracy dydaktyczno - wychowawczej, organizacji nauki i</w:t>
      </w:r>
    </w:p>
    <w:p w14:paraId="44EBF36F" w14:textId="77777777" w:rsidR="004A5359" w:rsidRDefault="0014264C">
      <w:pPr>
        <w:jc w:val="both"/>
      </w:pPr>
      <w:r>
        <w:t>metod pracy, prowadzenie zajęć zgodnie z zaleceniami Poradni Psychologiczno-</w:t>
      </w:r>
    </w:p>
    <w:p w14:paraId="2AE6C317" w14:textId="77777777" w:rsidR="004A5359" w:rsidRDefault="0014264C">
      <w:pPr>
        <w:jc w:val="both"/>
      </w:pPr>
      <w:r>
        <w:t>Pedagogicznej odpowiednio do potrzeb i dziecka,</w:t>
      </w:r>
    </w:p>
    <w:p w14:paraId="71D7140E" w14:textId="77777777" w:rsidR="004A5359" w:rsidRDefault="0014264C">
      <w:pPr>
        <w:jc w:val="both"/>
      </w:pPr>
      <w:r>
        <w:t>5. organizowanie warunków sprzyjających aktywnemu poznawaniu świata, uczeniu się</w:t>
      </w:r>
    </w:p>
    <w:p w14:paraId="632960F5" w14:textId="77777777" w:rsidR="004A5359" w:rsidRDefault="0014264C">
      <w:pPr>
        <w:jc w:val="both"/>
      </w:pPr>
      <w:r>
        <w:t>przez zabawę, działanie i doświadczanie, rozwijanie samodzielności i sprawczości</w:t>
      </w:r>
    </w:p>
    <w:p w14:paraId="45798B38" w14:textId="77777777" w:rsidR="004A5359" w:rsidRDefault="0014264C">
      <w:pPr>
        <w:jc w:val="both"/>
      </w:pPr>
      <w:r>
        <w:t>dzieci, budowaniu relacji społecnych  oraz współpracę z rodzicami w procesie</w:t>
      </w:r>
    </w:p>
    <w:p w14:paraId="62DEB29E" w14:textId="77777777" w:rsidR="004A5359" w:rsidRDefault="0014264C">
      <w:pPr>
        <w:jc w:val="both"/>
      </w:pPr>
      <w:r>
        <w:t>wychowania  i rozwoju dziecka.</w:t>
      </w:r>
    </w:p>
    <w:p w14:paraId="147737FC" w14:textId="77777777" w:rsidR="004A5359" w:rsidRDefault="0014264C">
      <w:pPr>
        <w:jc w:val="both"/>
      </w:pPr>
      <w:r>
        <w:t>5.     Wobec rodziców przedszkole pełni funkcję doradczą i wspomagającą:</w:t>
      </w:r>
    </w:p>
    <w:p w14:paraId="3CAB7731" w14:textId="77777777" w:rsidR="004A5359" w:rsidRDefault="0014264C">
      <w:pPr>
        <w:jc w:val="both"/>
      </w:pPr>
      <w:r>
        <w:lastRenderedPageBreak/>
        <w:t>1. pomaga w rozpoznawaniu możliwości i potrzeb rozwojowych dziecka oraz podjęciu</w:t>
      </w:r>
    </w:p>
    <w:p w14:paraId="190878EE" w14:textId="77777777" w:rsidR="004A5359" w:rsidRDefault="0014264C">
      <w:pPr>
        <w:jc w:val="both"/>
      </w:pPr>
      <w:r>
        <w:t>wczesnej interwencji specjalistycznej,</w:t>
      </w:r>
    </w:p>
    <w:p w14:paraId="75140C0A" w14:textId="77777777" w:rsidR="004A5359" w:rsidRDefault="0014264C">
      <w:pPr>
        <w:jc w:val="both"/>
      </w:pPr>
      <w:r>
        <w:t>2. informuje na bieżąco o postępach dziecka, uzgadnia wspólnie z rodzicami kierunki i</w:t>
      </w:r>
    </w:p>
    <w:p w14:paraId="1D1EC3B6" w14:textId="77777777" w:rsidR="004A5359" w:rsidRDefault="0014264C">
      <w:pPr>
        <w:jc w:val="both"/>
      </w:pPr>
      <w:r>
        <w:t>zakres zadań realizowanych w przedszkolu.</w:t>
      </w:r>
    </w:p>
    <w:p w14:paraId="4046DC22" w14:textId="77777777" w:rsidR="004A5359" w:rsidRDefault="0014264C">
      <w:pPr>
        <w:jc w:val="both"/>
      </w:pPr>
      <w:r>
        <w:t>6.  Na wniosek rodziców dziecka, nauczyciela, poradni psychologiczno-pedagogicznej lub  innej</w:t>
      </w:r>
    </w:p>
    <w:p w14:paraId="7977D4F9" w14:textId="77777777" w:rsidR="004A5359" w:rsidRDefault="0014264C">
      <w:pPr>
        <w:jc w:val="both"/>
      </w:pPr>
      <w:r>
        <w:t>poradni specjalistycznej przedszkole udziela pomocy psychologiczno-pedagogicznej.</w:t>
      </w:r>
    </w:p>
    <w:p w14:paraId="05323F62" w14:textId="77777777" w:rsidR="004A5359" w:rsidRDefault="0014264C">
      <w:pPr>
        <w:jc w:val="both"/>
      </w:pPr>
      <w:r>
        <w:t>7.   Przedszkole przygotowuje dzieci do podjęcia nauki w szkole, organizując tok edukacji</w:t>
      </w:r>
    </w:p>
    <w:p w14:paraId="73B64DDE" w14:textId="77777777" w:rsidR="004A5359" w:rsidRDefault="0014264C">
      <w:pPr>
        <w:jc w:val="both"/>
      </w:pPr>
      <w:r>
        <w:t>przedszkolnej, umożliwiający osiągnięcie dojrzałości szkolnej w aspekcie rozwoju fizycznego,</w:t>
      </w:r>
    </w:p>
    <w:p w14:paraId="33D6317D" w14:textId="77777777" w:rsidR="004A5359" w:rsidRDefault="0014264C">
      <w:pPr>
        <w:jc w:val="both"/>
      </w:pPr>
      <w:r>
        <w:t>umysłowego, emocjonalnego i społecznego.</w:t>
      </w:r>
    </w:p>
    <w:p w14:paraId="3B355B5B" w14:textId="77777777" w:rsidR="004A5359" w:rsidRDefault="0014264C">
      <w:pPr>
        <w:jc w:val="both"/>
      </w:pPr>
      <w:r>
        <w:t>8.  Przedszkole zapewnia dzieciom bezpieczeństwo i opiekę poprzez:</w:t>
      </w:r>
    </w:p>
    <w:p w14:paraId="08FE8ED3" w14:textId="77777777" w:rsidR="004A5359" w:rsidRDefault="0014264C">
      <w:pPr>
        <w:jc w:val="both"/>
      </w:pPr>
      <w:r>
        <w:t>1. bezpośrednią i stałą opiekę nad dziećmi w czasie pobytu w przedszkolu oraz w</w:t>
      </w:r>
    </w:p>
    <w:p w14:paraId="28B9E32F" w14:textId="77777777" w:rsidR="004A5359" w:rsidRDefault="0014264C">
      <w:pPr>
        <w:jc w:val="both"/>
      </w:pPr>
      <w:r>
        <w:t>trakcie zajęć poza terenem przedszkola,</w:t>
      </w:r>
    </w:p>
    <w:p w14:paraId="7E4D5431" w14:textId="77777777" w:rsidR="004A5359" w:rsidRDefault="0014264C">
      <w:pPr>
        <w:jc w:val="both"/>
      </w:pPr>
      <w:r>
        <w:t>2. zapewnienie wzmożonego bezpieczeństwa w czasie wycieczek,</w:t>
      </w:r>
    </w:p>
    <w:p w14:paraId="77A3DEFF" w14:textId="77777777" w:rsidR="004A5359" w:rsidRDefault="0014264C">
      <w:pPr>
        <w:jc w:val="both"/>
      </w:pPr>
      <w:r>
        <w:t>3. zatrudnianie w grupach młodszych pomocy  nauczyciela,</w:t>
      </w:r>
    </w:p>
    <w:p w14:paraId="64AEDEEF" w14:textId="77777777" w:rsidR="004A5359" w:rsidRDefault="0014264C">
      <w:pPr>
        <w:jc w:val="both"/>
      </w:pPr>
      <w:r>
        <w:t>4. stwarzanie poczucia bezpieczeństwa pod względem fizycznym i psychicznym,</w:t>
      </w:r>
    </w:p>
    <w:p w14:paraId="23AB723C" w14:textId="77777777" w:rsidR="004A5359" w:rsidRDefault="0014264C">
      <w:pPr>
        <w:jc w:val="both"/>
      </w:pPr>
      <w:r>
        <w:t>5. stosowanie obowiązujących przepisów bhp i ppoż.</w:t>
      </w:r>
    </w:p>
    <w:p w14:paraId="034A217F" w14:textId="77777777" w:rsidR="004A5359" w:rsidRDefault="0014264C">
      <w:pPr>
        <w:jc w:val="both"/>
      </w:pPr>
      <w:r>
        <w:t>6. bezpieczeństwo cyfrowe, dzieci nie wnoszą do przedszkola i nie korzystają na jego</w:t>
      </w:r>
    </w:p>
    <w:p w14:paraId="4DF3B35E" w14:textId="77777777" w:rsidR="004A5359" w:rsidRDefault="0014264C">
      <w:pPr>
        <w:jc w:val="both"/>
      </w:pPr>
      <w:r>
        <w:t>terenie z telefonów komórkowych oraz innych urządzeń elektronicznych</w:t>
      </w:r>
    </w:p>
    <w:p w14:paraId="1934F9C4" w14:textId="77777777" w:rsidR="004A5359" w:rsidRDefault="0014264C">
      <w:pPr>
        <w:jc w:val="both"/>
      </w:pPr>
      <w:r>
        <w:t>umożliwiających porozumiewanie się na odległość  lub rejestrowanie obrazu albo</w:t>
      </w:r>
    </w:p>
    <w:p w14:paraId="205E8BCD" w14:textId="77777777" w:rsidR="004A5359" w:rsidRDefault="0014264C">
      <w:pPr>
        <w:jc w:val="both"/>
      </w:pPr>
      <w:r>
        <w:t>dzwięku,</w:t>
      </w:r>
    </w:p>
    <w:p w14:paraId="662608C5" w14:textId="77777777" w:rsidR="004A5359" w:rsidRDefault="0014264C">
      <w:pPr>
        <w:jc w:val="both"/>
      </w:pPr>
      <w:r>
        <w:t>9.   Dzieci  mogą być odbierane z przedszkola przez rodziców  lub upoważnioną  pisemnie przez</w:t>
      </w:r>
    </w:p>
    <w:p w14:paraId="5C2B4A7A" w14:textId="77777777" w:rsidR="004A5359" w:rsidRDefault="0014264C">
      <w:pPr>
        <w:jc w:val="both"/>
      </w:pPr>
      <w:r>
        <w:t>nich osobę dorosłą lub w wyjątkowych sytuacjach osobę nieletnią. Warunkiem tego  jest  złożenie</w:t>
      </w:r>
    </w:p>
    <w:p w14:paraId="03D50D28" w14:textId="77777777" w:rsidR="004A5359" w:rsidRDefault="0014264C">
      <w:pPr>
        <w:jc w:val="both"/>
      </w:pPr>
      <w:r>
        <w:t>pisemnego wniosku o przejęciu odpowiedzialności za dziecko oraz  odpowiedzialności</w:t>
      </w:r>
    </w:p>
    <w:p w14:paraId="1F665B0D" w14:textId="77777777" w:rsidR="004A5359" w:rsidRDefault="0014264C">
      <w:pPr>
        <w:jc w:val="both"/>
      </w:pPr>
      <w:r>
        <w:t>zapewniające  dziecku pełne bezpieczeństwo.</w:t>
      </w:r>
    </w:p>
    <w:p w14:paraId="34BFB8F2" w14:textId="77777777" w:rsidR="004A5359" w:rsidRDefault="0014264C">
      <w:pPr>
        <w:jc w:val="both"/>
      </w:pPr>
      <w:r>
        <w:t>10. Rodzice lub pełnoletnia osoba   upoważniona  (w wyątkowych sytuacjach – niepełnoletnia</w:t>
      </w:r>
    </w:p>
    <w:p w14:paraId="3A26F0BC" w14:textId="77777777" w:rsidR="004A5359" w:rsidRDefault="0014264C">
      <w:pPr>
        <w:jc w:val="both"/>
      </w:pPr>
      <w:r>
        <w:t>osoba) ponosi całkowitą odpowiedzialność za  dziecko w drodze do przedszkola (do momentu</w:t>
      </w:r>
    </w:p>
    <w:p w14:paraId="02EE2774" w14:textId="77777777" w:rsidR="004A5359" w:rsidRDefault="0014264C">
      <w:pPr>
        <w:jc w:val="both"/>
      </w:pPr>
      <w:r>
        <w:lastRenderedPageBreak/>
        <w:t>odebrania dziecka przez pracownika przedszkola) oraz w drodze dziecka z przedszkola do domu</w:t>
      </w:r>
    </w:p>
    <w:p w14:paraId="056C47BD" w14:textId="77777777" w:rsidR="004A5359" w:rsidRDefault="0014264C">
      <w:pPr>
        <w:jc w:val="both"/>
      </w:pPr>
      <w:r>
        <w:t>(od momentu odebrania dziecka od pracownika przedszkola przez rodzica).</w:t>
      </w:r>
    </w:p>
    <w:p w14:paraId="2608D2CA" w14:textId="77777777" w:rsidR="004A5359" w:rsidRDefault="0014264C">
      <w:pPr>
        <w:jc w:val="both"/>
      </w:pPr>
      <w:r>
        <w:t>11.   Współpraca zespołu z rodzicami to:</w:t>
      </w:r>
    </w:p>
    <w:p w14:paraId="3B8B5189" w14:textId="77777777" w:rsidR="004A5359" w:rsidRDefault="0014264C">
      <w:pPr>
        <w:jc w:val="both"/>
      </w:pPr>
      <w:r>
        <w:t>1. udzielanie pomocy w zakresie kształtowania postaw i zachowań w kontaktach z</w:t>
      </w:r>
    </w:p>
    <w:p w14:paraId="6AC3CE45" w14:textId="77777777" w:rsidR="004A5359" w:rsidRDefault="0014264C">
      <w:pPr>
        <w:jc w:val="both"/>
      </w:pPr>
      <w:r>
        <w:t>dzieckiem: wzmacnianie więzi emocjonalnej pomiędzy rodzicami i dzieckiem,</w:t>
      </w:r>
    </w:p>
    <w:p w14:paraId="74CD18F6" w14:textId="77777777" w:rsidR="004A5359" w:rsidRDefault="0014264C">
      <w:pPr>
        <w:jc w:val="both"/>
      </w:pPr>
      <w:r>
        <w:t>rozpoznawanie zachowań dziecka i utrwalanie właściwych reakcji na te zachowania,</w:t>
      </w:r>
    </w:p>
    <w:p w14:paraId="7B4384C8" w14:textId="77777777" w:rsidR="004A5359" w:rsidRDefault="0014264C">
      <w:pPr>
        <w:jc w:val="both"/>
      </w:pPr>
      <w:r>
        <w:t>2. udzielanie instruktażu i porad oraz prowadzenie konsultacji w zakresie pracy z</w:t>
      </w:r>
    </w:p>
    <w:p w14:paraId="6849F0C1" w14:textId="77777777" w:rsidR="004A5359" w:rsidRDefault="0014264C">
      <w:pPr>
        <w:jc w:val="both"/>
      </w:pPr>
      <w:r>
        <w:t>dzieckiem,</w:t>
      </w:r>
    </w:p>
    <w:p w14:paraId="77A5FEF1" w14:textId="77777777" w:rsidR="004A5359" w:rsidRDefault="0014264C">
      <w:pPr>
        <w:jc w:val="both"/>
      </w:pPr>
      <w:r>
        <w:t>3. pomoc w przystosowaniu warunków w środowisku domowym do potrzeb dziecka</w:t>
      </w:r>
    </w:p>
    <w:p w14:paraId="363253CB" w14:textId="77777777" w:rsidR="004A5359" w:rsidRDefault="0014264C">
      <w:pPr>
        <w:jc w:val="both"/>
      </w:pPr>
      <w:r>
        <w:t>poprzez wykorzystanie i pozyskiwanie do pracy z dzieckiem odpowiednich środków</w:t>
      </w:r>
    </w:p>
    <w:p w14:paraId="43C5707B" w14:textId="77777777" w:rsidR="004A5359" w:rsidRDefault="0014264C">
      <w:pPr>
        <w:jc w:val="both"/>
      </w:pPr>
      <w:r>
        <w:t>dydaktycznych i niezbędnego sprzętu.</w:t>
      </w:r>
    </w:p>
    <w:p w14:paraId="08790171" w14:textId="77777777" w:rsidR="004A5359" w:rsidRDefault="0014264C">
      <w:pPr>
        <w:pStyle w:val="Heading2"/>
        <w:jc w:val="both"/>
      </w:pPr>
      <w:r>
        <w:t>§ 4.</w:t>
      </w:r>
    </w:p>
    <w:p w14:paraId="25390EF7" w14:textId="77777777" w:rsidR="004A5359" w:rsidRDefault="0014264C">
      <w:pPr>
        <w:jc w:val="both"/>
      </w:pPr>
      <w:r>
        <w:t>1. Przedszkole organizuje i udziela pomocy psychologiczno-pedagogicznej dzieciom</w:t>
      </w:r>
    </w:p>
    <w:p w14:paraId="18FFD514" w14:textId="77777777" w:rsidR="004A5359" w:rsidRDefault="0014264C">
      <w:pPr>
        <w:jc w:val="both"/>
      </w:pPr>
      <w:r>
        <w:t>uczęszczającym do przedszkola, ich rodzicom oraz nauczycielom.</w:t>
      </w:r>
    </w:p>
    <w:p w14:paraId="299E0E59" w14:textId="77777777" w:rsidR="004A5359" w:rsidRDefault="0014264C">
      <w:pPr>
        <w:jc w:val="both"/>
      </w:pPr>
      <w:r>
        <w:t>2. Pomoc psychologiczno-pedagogiczna udzielana w przedszkolu polega na wspieraniu</w:t>
      </w:r>
    </w:p>
    <w:p w14:paraId="2F993B02" w14:textId="77777777" w:rsidR="004A5359" w:rsidRDefault="0014264C">
      <w:pPr>
        <w:jc w:val="both"/>
      </w:pPr>
      <w:r>
        <w:t>rodziców oraz nauczycieli w rozwiązywaniu problemów wychowawczych i dydaktycznych</w:t>
      </w:r>
    </w:p>
    <w:p w14:paraId="24798AEE" w14:textId="77777777" w:rsidR="004A5359" w:rsidRDefault="0014264C">
      <w:pPr>
        <w:jc w:val="both"/>
      </w:pPr>
      <w:r>
        <w:t>oraz rozwijaniu ich umiejętności wychowawczych w celu zwiększenia efektywności</w:t>
      </w:r>
    </w:p>
    <w:p w14:paraId="65D37FB6" w14:textId="77777777" w:rsidR="004A5359" w:rsidRDefault="0014264C">
      <w:pPr>
        <w:jc w:val="both"/>
      </w:pPr>
      <w:r>
        <w:t>pomocy psychologiczno-pedagogicznej dla dzieci.</w:t>
      </w:r>
    </w:p>
    <w:p w14:paraId="7DD74C3E" w14:textId="77777777" w:rsidR="004A5359" w:rsidRDefault="0014264C">
      <w:pPr>
        <w:jc w:val="both"/>
      </w:pPr>
      <w:r>
        <w:t>3. Pomocy psychologiczno-pedagogicznej udzielają dzieciom nauczyciele, oraz specjaliści, w</w:t>
      </w:r>
    </w:p>
    <w:p w14:paraId="4794F2A4" w14:textId="77777777" w:rsidR="004A5359" w:rsidRDefault="0014264C">
      <w:pPr>
        <w:jc w:val="both"/>
      </w:pPr>
      <w:r>
        <w:t>szczególności psycholodzy, pedagodzy, logopedzi.</w:t>
      </w:r>
    </w:p>
    <w:p w14:paraId="382D4AD4" w14:textId="77777777" w:rsidR="004A5359" w:rsidRDefault="0014264C">
      <w:pPr>
        <w:jc w:val="both"/>
      </w:pPr>
      <w:r>
        <w:t>4. Pomoc psychologiczno-pedagogiczna jest udzielana w trakcie bieżącej pracy z dzieckiem</w:t>
      </w:r>
    </w:p>
    <w:p w14:paraId="3C9C8B45" w14:textId="77777777" w:rsidR="004A5359" w:rsidRDefault="0014264C">
      <w:pPr>
        <w:jc w:val="both"/>
      </w:pPr>
      <w:r>
        <w:t>oraz w formie:</w:t>
      </w:r>
    </w:p>
    <w:p w14:paraId="5C97B141" w14:textId="77777777" w:rsidR="004A5359" w:rsidRDefault="0014264C">
      <w:pPr>
        <w:jc w:val="both"/>
      </w:pPr>
      <w:r>
        <w:t>1. zajęć specjalistycznych: logopedyczne oraz innych zajęć o charakterze</w:t>
      </w:r>
    </w:p>
    <w:p w14:paraId="4277E6A0" w14:textId="77777777" w:rsidR="004A5359" w:rsidRDefault="0014264C">
      <w:pPr>
        <w:jc w:val="both"/>
      </w:pPr>
      <w:r>
        <w:t>terapeutycznym,</w:t>
      </w:r>
    </w:p>
    <w:p w14:paraId="0CD76411" w14:textId="77777777" w:rsidR="004A5359" w:rsidRDefault="0014264C">
      <w:pPr>
        <w:jc w:val="both"/>
      </w:pPr>
      <w:r>
        <w:t>2. porad i konsultacji,</w:t>
      </w:r>
    </w:p>
    <w:p w14:paraId="3E268EC8" w14:textId="77777777" w:rsidR="004A5359" w:rsidRDefault="0014264C">
      <w:pPr>
        <w:jc w:val="both"/>
      </w:pPr>
      <w:r>
        <w:t>3. zajęć rozwijających uzdolnienia.</w:t>
      </w:r>
    </w:p>
    <w:p w14:paraId="684067BE" w14:textId="77777777" w:rsidR="004A5359" w:rsidRDefault="0014264C">
      <w:pPr>
        <w:jc w:val="both"/>
      </w:pPr>
      <w:r>
        <w:lastRenderedPageBreak/>
        <w:t>5.  Pomoc psychologiczno-pedagogiczna jest udzielana rodzicom dzieci i nauczycielo  w</w:t>
      </w:r>
    </w:p>
    <w:p w14:paraId="09D8E31B" w14:textId="77777777" w:rsidR="004A5359" w:rsidRDefault="0014264C">
      <w:pPr>
        <w:jc w:val="both"/>
      </w:pPr>
      <w:r>
        <w:t>formie porad, konsultacji, warsztatów i szkoleń.</w:t>
      </w:r>
    </w:p>
    <w:p w14:paraId="608D38AE" w14:textId="77777777" w:rsidR="004A5359" w:rsidRDefault="0014264C">
      <w:pPr>
        <w:jc w:val="both"/>
      </w:pPr>
      <w:r>
        <w:t>6. Wsparcie merytoryczne dla nauczycieli i specjalistów udzielających pomocy</w:t>
      </w:r>
    </w:p>
    <w:p w14:paraId="24C45C0E" w14:textId="77777777" w:rsidR="004A5359" w:rsidRDefault="0014264C">
      <w:pPr>
        <w:jc w:val="both"/>
      </w:pPr>
      <w:r>
        <w:t>psychologiczno-pedagogicznej w przedszkolu zapewniają poradnie psychologiczno-</w:t>
      </w:r>
    </w:p>
    <w:p w14:paraId="1C0C4DB2" w14:textId="77777777" w:rsidR="004A5359" w:rsidRDefault="0014264C">
      <w:pPr>
        <w:jc w:val="both"/>
      </w:pPr>
      <w:r>
        <w:t>pedagogiczne oraz placówki doskonalenia nauczycieli.</w:t>
      </w:r>
    </w:p>
    <w:p w14:paraId="1F0D5984" w14:textId="77777777" w:rsidR="004A5359" w:rsidRDefault="0014264C">
      <w:pPr>
        <w:jc w:val="both"/>
      </w:pPr>
      <w:r>
        <w:t>7. Przedskole uczestniczy,  w zakresie określonym  przepisami prawa, w procesie oceny</w:t>
      </w:r>
    </w:p>
    <w:p w14:paraId="5E2FEB1A" w14:textId="77777777" w:rsidR="004A5359" w:rsidRDefault="0014264C">
      <w:pPr>
        <w:jc w:val="both"/>
      </w:pPr>
      <w:r>
        <w:t>funkcjonowania dziecka, i specjalistów, prowadzenie obserwcji funkcjonowania  dziecka</w:t>
      </w:r>
    </w:p>
    <w:p w14:paraId="6F5B2F97" w14:textId="77777777" w:rsidR="004A5359" w:rsidRDefault="0014264C">
      <w:pPr>
        <w:jc w:val="both"/>
      </w:pPr>
      <w:r>
        <w:t>oraz przekazywanie wymaganych informacji właściwej poradni psychologiczno-</w:t>
      </w:r>
    </w:p>
    <w:p w14:paraId="183DAA52" w14:textId="77777777" w:rsidR="004A5359" w:rsidRDefault="0014264C">
      <w:pPr>
        <w:jc w:val="both"/>
      </w:pPr>
      <w:r>
        <w:t>pedagogicznej i rodzicom.</w:t>
      </w:r>
    </w:p>
    <w:p w14:paraId="10BBC603" w14:textId="77777777" w:rsidR="004A5359" w:rsidRDefault="0014264C">
      <w:pPr>
        <w:pStyle w:val="Heading1"/>
        <w:jc w:val="both"/>
      </w:pPr>
      <w:bookmarkStart w:id="3" w:name="_Toc239453179"/>
      <w:r>
        <w:t>ROZDZIAŁ III</w:t>
      </w:r>
      <w:bookmarkEnd w:id="3"/>
    </w:p>
    <w:p w14:paraId="0EA819BD" w14:textId="77777777" w:rsidR="004A5359" w:rsidRDefault="0014264C">
      <w:pPr>
        <w:jc w:val="both"/>
      </w:pPr>
      <w:r>
        <w:t>ORGANY PRZEDSZKOLA I ICH KOMPETENCJE</w:t>
      </w:r>
    </w:p>
    <w:p w14:paraId="61F0276C" w14:textId="77777777" w:rsidR="004A5359" w:rsidRDefault="0014264C">
      <w:pPr>
        <w:pStyle w:val="Heading2"/>
        <w:jc w:val="both"/>
      </w:pPr>
      <w:r>
        <w:t>§ 5.</w:t>
      </w:r>
    </w:p>
    <w:p w14:paraId="55254A2D" w14:textId="77777777" w:rsidR="004A5359" w:rsidRDefault="0014264C">
      <w:pPr>
        <w:jc w:val="both"/>
      </w:pPr>
      <w:r>
        <w:t>1. Organami przedszkola są:</w:t>
      </w:r>
    </w:p>
    <w:p w14:paraId="129B886D" w14:textId="77777777" w:rsidR="004A5359" w:rsidRDefault="0014264C">
      <w:pPr>
        <w:jc w:val="both"/>
      </w:pPr>
      <w:r>
        <w:t>1. Dyrektor Przedszkola, zwany dalej Dyrektorem,</w:t>
      </w:r>
    </w:p>
    <w:p w14:paraId="73CD7C89" w14:textId="77777777" w:rsidR="004A5359" w:rsidRDefault="0014264C">
      <w:pPr>
        <w:jc w:val="both"/>
      </w:pPr>
      <w:r>
        <w:t>2. Osoba która sprawuje nadzór pedagogiczny w stosunku do zatrudnionych w</w:t>
      </w:r>
    </w:p>
    <w:p w14:paraId="2D2F83CA" w14:textId="77777777" w:rsidR="004A5359" w:rsidRDefault="0014264C">
      <w:pPr>
        <w:jc w:val="both"/>
      </w:pPr>
      <w:r>
        <w:t>przedszkolu nauczycieli,</w:t>
      </w:r>
    </w:p>
    <w:p w14:paraId="12DFA524" w14:textId="77777777" w:rsidR="004A5359" w:rsidRDefault="0014264C">
      <w:pPr>
        <w:jc w:val="both"/>
      </w:pPr>
      <w:r>
        <w:t>3. Wicedyrektor Przedszkola, zwany dalej Wicedyrektorem</w:t>
      </w:r>
    </w:p>
    <w:p w14:paraId="28CF17DE" w14:textId="77777777" w:rsidR="004A5359" w:rsidRDefault="0014264C">
      <w:pPr>
        <w:jc w:val="both"/>
      </w:pPr>
      <w:r>
        <w:t>2.  Kompetencje i zadania Dyrektora:</w:t>
      </w:r>
    </w:p>
    <w:p w14:paraId="2BD3658F" w14:textId="77777777" w:rsidR="004A5359" w:rsidRDefault="0014264C">
      <w:pPr>
        <w:jc w:val="both"/>
      </w:pPr>
      <w:r>
        <w:t>1. kieruje bieżącą działalnością placówki, reprezentuje ją na zewnątrz,</w:t>
      </w:r>
    </w:p>
    <w:p w14:paraId="67EBE47B" w14:textId="77777777" w:rsidR="004A5359" w:rsidRDefault="0014264C">
      <w:pPr>
        <w:jc w:val="both"/>
      </w:pPr>
      <w:r>
        <w:t>2. jest kierownikiem zakładu pracy dla zatrudnionych w przedszkolu nauczycieli i</w:t>
      </w:r>
    </w:p>
    <w:p w14:paraId="5FA9321A" w14:textId="77777777" w:rsidR="004A5359" w:rsidRDefault="0014264C">
      <w:pPr>
        <w:jc w:val="both"/>
      </w:pPr>
      <w:r>
        <w:t>pracowników obsługi oraz administracji,</w:t>
      </w:r>
    </w:p>
    <w:p w14:paraId="78F3ED1A" w14:textId="77777777" w:rsidR="004A5359" w:rsidRDefault="0014264C">
      <w:pPr>
        <w:jc w:val="both"/>
      </w:pPr>
      <w:r>
        <w:t>3. sprawuje opiekę nad dziećmi oraz stwarza warunki do ich harmonijnego rozwoju</w:t>
      </w:r>
    </w:p>
    <w:p w14:paraId="40DC0099" w14:textId="77777777" w:rsidR="004A5359" w:rsidRDefault="0014264C">
      <w:pPr>
        <w:jc w:val="both"/>
      </w:pPr>
      <w:r>
        <w:t>psychofizycznego poprzez aktywne działania prozdrowotne,</w:t>
      </w:r>
    </w:p>
    <w:p w14:paraId="530FB4B0" w14:textId="77777777" w:rsidR="004A5359" w:rsidRDefault="0014264C">
      <w:pPr>
        <w:jc w:val="both"/>
      </w:pPr>
      <w:r>
        <w:t>4. dysponuje środkami  przedszkola i ponosi  odpowiedzialność za ich prawidłowe</w:t>
      </w:r>
    </w:p>
    <w:p w14:paraId="1C93AC3D" w14:textId="77777777" w:rsidR="004A5359" w:rsidRDefault="0014264C">
      <w:pPr>
        <w:jc w:val="both"/>
      </w:pPr>
      <w:r>
        <w:t>wykorzystanie, a także organizuje administracyjną, finansową i gospodarczą</w:t>
      </w:r>
    </w:p>
    <w:p w14:paraId="68437401" w14:textId="77777777" w:rsidR="004A5359" w:rsidRDefault="0014264C">
      <w:pPr>
        <w:jc w:val="both"/>
      </w:pPr>
      <w:r>
        <w:t>obsługę przedszkola,</w:t>
      </w:r>
    </w:p>
    <w:p w14:paraId="7EC62E04" w14:textId="77777777" w:rsidR="004A5359" w:rsidRDefault="0014264C">
      <w:pPr>
        <w:jc w:val="both"/>
      </w:pPr>
      <w:r>
        <w:lastRenderedPageBreak/>
        <w:t>5. zapewnia bezpieczne i higieniczne warunki pobytu w przedszkolu, a także</w:t>
      </w:r>
    </w:p>
    <w:p w14:paraId="13E03FA0" w14:textId="77777777" w:rsidR="004A5359" w:rsidRDefault="0014264C">
      <w:pPr>
        <w:jc w:val="both"/>
      </w:pPr>
      <w:r>
        <w:t>bezpieczne i  higieniczne warunki uczestnictwa w zajęciach organizowanych</w:t>
      </w:r>
    </w:p>
    <w:p w14:paraId="1CF58D75" w14:textId="77777777" w:rsidR="004A5359" w:rsidRDefault="0014264C">
      <w:pPr>
        <w:jc w:val="both"/>
      </w:pPr>
      <w:r>
        <w:t>przez przedszkole,</w:t>
      </w:r>
    </w:p>
    <w:p w14:paraId="13407B0D" w14:textId="77777777" w:rsidR="004A5359" w:rsidRDefault="0014264C">
      <w:pPr>
        <w:jc w:val="both"/>
      </w:pPr>
      <w:r>
        <w:t>6. co najmniej raz w roku dokonanie kontroli mających na celu zapewnienie</w:t>
      </w:r>
    </w:p>
    <w:p w14:paraId="2BBD6862" w14:textId="77777777" w:rsidR="004A5359" w:rsidRDefault="0014264C">
      <w:pPr>
        <w:jc w:val="both"/>
      </w:pPr>
      <w:r>
        <w:t>bezpiecznych  warunków korzystania z obiektów należących do przedszkola, a</w:t>
      </w:r>
    </w:p>
    <w:p w14:paraId="1C5A3618" w14:textId="77777777" w:rsidR="004A5359" w:rsidRDefault="0014264C">
      <w:pPr>
        <w:jc w:val="both"/>
      </w:pPr>
      <w:r>
        <w:t>także bezpiecznych i higienicznych warunków, oraz określenie kierunków ich</w:t>
      </w:r>
    </w:p>
    <w:p w14:paraId="4BD9FCED" w14:textId="77777777" w:rsidR="004A5359" w:rsidRDefault="0014264C">
      <w:pPr>
        <w:jc w:val="both"/>
      </w:pPr>
      <w:r>
        <w:t>poprawy,</w:t>
      </w:r>
    </w:p>
    <w:p w14:paraId="04C8F182" w14:textId="77777777" w:rsidR="004A5359" w:rsidRDefault="0014264C">
      <w:pPr>
        <w:jc w:val="both"/>
      </w:pPr>
      <w:r>
        <w:t>7. organizowanie administracyjnej, finansowej i gospodarczej obsługi przedszkola,</w:t>
      </w:r>
    </w:p>
    <w:p w14:paraId="2BE5C0CD" w14:textId="77777777" w:rsidR="004A5359" w:rsidRDefault="0014264C">
      <w:pPr>
        <w:jc w:val="both"/>
      </w:pPr>
      <w:r>
        <w:t>8. zapewnienie pracownikom właściwych warunków pracy zgodnie z</w:t>
      </w:r>
    </w:p>
    <w:p w14:paraId="28223145" w14:textId="77777777" w:rsidR="004A5359" w:rsidRDefault="0014264C">
      <w:pPr>
        <w:jc w:val="both"/>
      </w:pPr>
      <w:r>
        <w:t>obowiązującymi  przepisami,</w:t>
      </w:r>
    </w:p>
    <w:p w14:paraId="42C8F1C4" w14:textId="77777777" w:rsidR="004A5359" w:rsidRDefault="0014264C">
      <w:pPr>
        <w:jc w:val="both"/>
      </w:pPr>
      <w:r>
        <w:t>9. organizuje proces rekrutacji do przedszkola ,</w:t>
      </w:r>
    </w:p>
    <w:p w14:paraId="31EFD3E8" w14:textId="77777777" w:rsidR="004A5359" w:rsidRDefault="0014264C">
      <w:pPr>
        <w:jc w:val="both"/>
      </w:pPr>
      <w:r>
        <w:t>3.     Kompetencje i zadania osoby sprawującej nadzór nad kadrą pedagogiczną :</w:t>
      </w:r>
    </w:p>
    <w:p w14:paraId="58A12DBE" w14:textId="77777777" w:rsidR="004A5359" w:rsidRDefault="0014264C">
      <w:pPr>
        <w:jc w:val="both"/>
      </w:pPr>
      <w:r>
        <w:t>1. opracowanie na każdy rok szkolny planu nadzoru pedagogicznego,</w:t>
      </w:r>
    </w:p>
    <w:p w14:paraId="3A64B049" w14:textId="77777777" w:rsidR="004A5359" w:rsidRDefault="0014264C">
      <w:pPr>
        <w:jc w:val="both"/>
      </w:pPr>
      <w:r>
        <w:t>2. prowadzenie obserwacji zajęć organizowanych przez nauczycieli przedszkola,</w:t>
      </w:r>
    </w:p>
    <w:p w14:paraId="43CBA754" w14:textId="77777777" w:rsidR="004A5359" w:rsidRDefault="0014264C">
      <w:pPr>
        <w:jc w:val="both"/>
      </w:pPr>
      <w:r>
        <w:t>3. gromadzenie informacji o pracy nauczycieli w celu dokonania oceny ich pracy,</w:t>
      </w:r>
    </w:p>
    <w:p w14:paraId="76DF0DF1" w14:textId="77777777" w:rsidR="004A5359" w:rsidRDefault="0014264C">
      <w:pPr>
        <w:jc w:val="both"/>
      </w:pPr>
      <w:r>
        <w:t>4. współpraca z rodzicami, organem prowadzącym oraz instytucjami nadzorującymi</w:t>
      </w:r>
    </w:p>
    <w:p w14:paraId="6626BAE1" w14:textId="77777777" w:rsidR="004A5359" w:rsidRDefault="0014264C">
      <w:pPr>
        <w:jc w:val="both"/>
      </w:pPr>
      <w:r>
        <w:t>i kontrolującymi,</w:t>
      </w:r>
    </w:p>
    <w:p w14:paraId="76DC2BF7" w14:textId="77777777" w:rsidR="004A5359" w:rsidRDefault="0014264C">
      <w:pPr>
        <w:jc w:val="both"/>
      </w:pPr>
      <w:r>
        <w:t>5. kierowanie polityką kadrową przedszkola, zatrudnianie i zwalnianie nauczycieli,</w:t>
      </w:r>
    </w:p>
    <w:p w14:paraId="778FA7F3" w14:textId="77777777" w:rsidR="004A5359" w:rsidRDefault="0014264C">
      <w:pPr>
        <w:jc w:val="both"/>
      </w:pPr>
      <w:r>
        <w:t>6. dopuszczanie do użytku programu wychowania przedszkolnego.</w:t>
      </w:r>
    </w:p>
    <w:p w14:paraId="5D2B13FB" w14:textId="77777777" w:rsidR="004A5359" w:rsidRDefault="0014264C">
      <w:pPr>
        <w:jc w:val="both"/>
      </w:pPr>
      <w:r>
        <w:t>4.       Kompetancje i zadania Wicedyrektora:</w:t>
      </w:r>
    </w:p>
    <w:p w14:paraId="58AA6404" w14:textId="77777777" w:rsidR="004A5359" w:rsidRDefault="0014264C">
      <w:pPr>
        <w:jc w:val="both"/>
      </w:pPr>
      <w:r>
        <w:t>1. Zarządzanie organizacją pracy przedszkola</w:t>
      </w:r>
    </w:p>
    <w:p w14:paraId="1BCBD382" w14:textId="77777777" w:rsidR="004A5359" w:rsidRDefault="0014264C">
      <w:pPr>
        <w:jc w:val="both"/>
      </w:pPr>
      <w:r>
        <w:t>  współudział w planowaniu i koordynowaniu bieżącej działalności przedszkola,</w:t>
      </w:r>
    </w:p>
    <w:p w14:paraId="757DE4D6" w14:textId="77777777" w:rsidR="004A5359" w:rsidRDefault="0014264C">
      <w:pPr>
        <w:jc w:val="both"/>
      </w:pPr>
      <w:r>
        <w:t>  realizacja zadań zleconych przez dyrektora w ramach udzielonych upoważnień,</w:t>
      </w:r>
    </w:p>
    <w:p w14:paraId="79C0D1EF" w14:textId="77777777" w:rsidR="004A5359" w:rsidRDefault="0014264C">
      <w:pPr>
        <w:jc w:val="both"/>
      </w:pPr>
      <w:r>
        <w:t>  nadzorowanie terminowości realizacji zadań organizacyjnych,</w:t>
      </w:r>
    </w:p>
    <w:p w14:paraId="7542C91D" w14:textId="77777777" w:rsidR="004A5359" w:rsidRDefault="0014264C">
      <w:pPr>
        <w:jc w:val="both"/>
      </w:pPr>
      <w:r>
        <w:t>  przygotowywanie zestawień, raportów i analiz na potrzeby dyrektora oraz organu</w:t>
      </w:r>
    </w:p>
    <w:p w14:paraId="1E2A5127" w14:textId="77777777" w:rsidR="004A5359" w:rsidRDefault="0014264C">
      <w:pPr>
        <w:jc w:val="both"/>
      </w:pPr>
      <w:r>
        <w:t>prowadzącego.</w:t>
      </w:r>
    </w:p>
    <w:p w14:paraId="58780322" w14:textId="77777777" w:rsidR="004A5359" w:rsidRDefault="0014264C">
      <w:pPr>
        <w:jc w:val="both"/>
      </w:pPr>
      <w:r>
        <w:lastRenderedPageBreak/>
        <w:t>2.   Sprawy kadrowe</w:t>
      </w:r>
    </w:p>
    <w:p w14:paraId="0F1D1183" w14:textId="77777777" w:rsidR="004A5359" w:rsidRDefault="0014264C">
      <w:pPr>
        <w:jc w:val="both"/>
      </w:pPr>
      <w:r>
        <w:t>  bieżąca współpraca z nauczycielami oraz personelem administracyjno-obsługowym,</w:t>
      </w:r>
    </w:p>
    <w:p w14:paraId="6935801E" w14:textId="77777777" w:rsidR="004A5359" w:rsidRDefault="0014264C">
      <w:pPr>
        <w:jc w:val="both"/>
      </w:pPr>
      <w:r>
        <w:t>   udział w procesach rekrutacyjnych pracowników (analiza dokumentów, rozmowy</w:t>
      </w:r>
    </w:p>
    <w:p w14:paraId="4480DB36" w14:textId="77777777" w:rsidR="004A5359" w:rsidRDefault="0014264C">
      <w:pPr>
        <w:jc w:val="both"/>
      </w:pPr>
      <w:r>
        <w:t>  koordynowanie grafików pracy, zastępstw i dyżurów w porozumieniu z dyrektorem,</w:t>
      </w:r>
    </w:p>
    <w:p w14:paraId="1E667811" w14:textId="77777777" w:rsidR="004A5359" w:rsidRDefault="0014264C">
      <w:pPr>
        <w:jc w:val="both"/>
      </w:pPr>
      <w:r>
        <w:t>  monitorowanie realizacji obowiązków pracowniczych,</w:t>
      </w:r>
    </w:p>
    <w:p w14:paraId="5C18E8A9" w14:textId="77777777" w:rsidR="004A5359" w:rsidRDefault="0014264C">
      <w:pPr>
        <w:jc w:val="both"/>
      </w:pPr>
      <w:r>
        <w:t>  współpraca z działem kadr i księgowością w zakresie dokumentacji pracowniczej.</w:t>
      </w:r>
    </w:p>
    <w:p w14:paraId="42A275FC" w14:textId="77777777" w:rsidR="004A5359" w:rsidRDefault="0014264C">
      <w:pPr>
        <w:jc w:val="both"/>
      </w:pPr>
      <w:r>
        <w:t>3.   Organizacja pracy i obieg dokumentów</w:t>
      </w:r>
    </w:p>
    <w:p w14:paraId="6D950F2C" w14:textId="77777777" w:rsidR="004A5359" w:rsidRDefault="0014264C">
      <w:pPr>
        <w:jc w:val="both"/>
      </w:pPr>
      <w:r>
        <w:t>  nadzór nad prawidłowym i terminowym obiegiem dokumentów,</w:t>
      </w:r>
    </w:p>
    <w:p w14:paraId="0A7407E5" w14:textId="77777777" w:rsidR="004A5359" w:rsidRDefault="0014264C">
      <w:pPr>
        <w:jc w:val="both"/>
      </w:pPr>
      <w:r>
        <w:t>  przygotowywanie projektów regulaminów, procedur wewnętrznych i zarządzeń,</w:t>
      </w:r>
    </w:p>
    <w:p w14:paraId="205F87E0" w14:textId="77777777" w:rsidR="004A5359" w:rsidRDefault="0014264C">
      <w:pPr>
        <w:jc w:val="both"/>
      </w:pPr>
      <w:r>
        <w:t>  aktualizowanie dokumentacji organizacyjnej przedszkola,</w:t>
      </w:r>
    </w:p>
    <w:p w14:paraId="0BEC723F" w14:textId="77777777" w:rsidR="004A5359" w:rsidRDefault="0014264C">
      <w:pPr>
        <w:jc w:val="both"/>
      </w:pPr>
      <w:r>
        <w:t>  archiwizacja dokumentów zgodnie z obowiązującymi zasadami.</w:t>
      </w:r>
    </w:p>
    <w:p w14:paraId="08E79483" w14:textId="77777777" w:rsidR="004A5359" w:rsidRDefault="0014264C">
      <w:pPr>
        <w:jc w:val="both"/>
      </w:pPr>
      <w:r>
        <w:t>4.    Współpraca z rodzicami i komunikacja</w:t>
      </w:r>
    </w:p>
    <w:p w14:paraId="37390CDA" w14:textId="77777777" w:rsidR="004A5359" w:rsidRDefault="0014264C">
      <w:pPr>
        <w:jc w:val="both"/>
      </w:pPr>
      <w:r>
        <w:t>  organizowanie i koordynowanie komunikacji z rodzicami (e-mail, systemy</w:t>
      </w:r>
    </w:p>
    <w:p w14:paraId="22AEE7EE" w14:textId="77777777" w:rsidR="004A5359" w:rsidRDefault="0014264C">
      <w:pPr>
        <w:jc w:val="both"/>
      </w:pPr>
      <w:r>
        <w:t>informatyczne),</w:t>
      </w:r>
    </w:p>
    <w:p w14:paraId="2B045C0C" w14:textId="77777777" w:rsidR="004A5359" w:rsidRDefault="0014264C">
      <w:pPr>
        <w:jc w:val="both"/>
      </w:pPr>
      <w:r>
        <w:t>  udział w rozpatrywaniu spraw organizacyjnych zgłaszanych przez rodziców,</w:t>
      </w:r>
    </w:p>
    <w:p w14:paraId="614BEFE1" w14:textId="77777777" w:rsidR="004A5359" w:rsidRDefault="0014264C">
      <w:pPr>
        <w:jc w:val="both"/>
      </w:pPr>
      <w:r>
        <w:t>  współorganizowanie zebrań i spotkań.</w:t>
      </w:r>
    </w:p>
    <w:p w14:paraId="393E7B6E" w14:textId="77777777" w:rsidR="004A5359" w:rsidRDefault="0014264C">
      <w:pPr>
        <w:jc w:val="both"/>
      </w:pPr>
      <w:r>
        <w:t>5. Wsparcie kadry pedagogicznej</w:t>
      </w:r>
    </w:p>
    <w:p w14:paraId="2D120BFF" w14:textId="77777777" w:rsidR="004A5359" w:rsidRDefault="0014264C">
      <w:pPr>
        <w:jc w:val="both"/>
      </w:pPr>
      <w:r>
        <w:t>  udzielanie bieżącego wsparcia nauczycielom w realizacji zadań dydaktycznych,</w:t>
      </w:r>
    </w:p>
    <w:p w14:paraId="2862F1BB" w14:textId="77777777" w:rsidR="004A5359" w:rsidRDefault="0014264C">
      <w:pPr>
        <w:jc w:val="both"/>
      </w:pPr>
      <w:r>
        <w:t>wychowawczych i opiekuńczych,</w:t>
      </w:r>
    </w:p>
    <w:p w14:paraId="76E06055" w14:textId="77777777" w:rsidR="004A5359" w:rsidRDefault="0014264C">
      <w:pPr>
        <w:jc w:val="both"/>
      </w:pPr>
      <w:r>
        <w:t>  zastępowanie nieobecnych nauczycieli w przypadku ich nieobecności, zwolnień</w:t>
      </w:r>
    </w:p>
    <w:p w14:paraId="18DC8F13" w14:textId="77777777" w:rsidR="004A5359" w:rsidRDefault="0014264C">
      <w:pPr>
        <w:jc w:val="both"/>
      </w:pPr>
      <w:r>
        <w:t>lekarskich lub innych sytuacji wymagających zapewnienia ciągłości opieki nad dziećmi,</w:t>
      </w:r>
    </w:p>
    <w:p w14:paraId="6069787C" w14:textId="77777777" w:rsidR="004A5359" w:rsidRDefault="0014264C">
      <w:pPr>
        <w:jc w:val="both"/>
      </w:pPr>
      <w:r>
        <w:t>  podejmowanie działań organizacyjnych w sytuacjach nagłych, w celu zapewnienia</w:t>
      </w:r>
    </w:p>
    <w:p w14:paraId="494009CF" w14:textId="77777777" w:rsidR="004A5359" w:rsidRDefault="0014264C">
      <w:pPr>
        <w:jc w:val="both"/>
      </w:pPr>
      <w:r>
        <w:t>prawidłowego funkcjonowania grup przedszkolnych,</w:t>
      </w:r>
    </w:p>
    <w:p w14:paraId="38C51F18" w14:textId="77777777" w:rsidR="004A5359" w:rsidRDefault="0014264C">
      <w:pPr>
        <w:jc w:val="both"/>
      </w:pPr>
      <w:r>
        <w:t>  współpraca z kadrą pedagogiczną w zakresie rozwiązywania bieżących problemów</w:t>
      </w:r>
    </w:p>
    <w:p w14:paraId="7D46ADD6" w14:textId="77777777" w:rsidR="004A5359" w:rsidRDefault="0014264C">
      <w:pPr>
        <w:jc w:val="both"/>
      </w:pPr>
      <w:r>
        <w:t>organizacyjnych i wychowawczych.</w:t>
      </w:r>
    </w:p>
    <w:p w14:paraId="1B87EDF2" w14:textId="77777777" w:rsidR="004A5359" w:rsidRDefault="0014264C">
      <w:pPr>
        <w:pStyle w:val="Heading1"/>
        <w:jc w:val="both"/>
      </w:pPr>
      <w:bookmarkStart w:id="4" w:name="_Toc239453180"/>
      <w:r>
        <w:lastRenderedPageBreak/>
        <w:t>ROZDZIAŁ IV</w:t>
      </w:r>
      <w:bookmarkEnd w:id="4"/>
    </w:p>
    <w:p w14:paraId="48C0127D" w14:textId="77777777" w:rsidR="004A5359" w:rsidRDefault="0014264C">
      <w:pPr>
        <w:jc w:val="both"/>
      </w:pPr>
      <w:r>
        <w:t>ORGANIZACJA PRZEDSZKOLA</w:t>
      </w:r>
    </w:p>
    <w:p w14:paraId="0B921A62" w14:textId="77777777" w:rsidR="004A5359" w:rsidRDefault="0014264C">
      <w:pPr>
        <w:pStyle w:val="Heading2"/>
        <w:jc w:val="both"/>
      </w:pPr>
      <w:r>
        <w:t>§ 6.</w:t>
      </w:r>
    </w:p>
    <w:p w14:paraId="7F0AD453" w14:textId="77777777" w:rsidR="004A5359" w:rsidRDefault="0014264C">
      <w:pPr>
        <w:jc w:val="both"/>
      </w:pPr>
      <w:r>
        <w:t>1. Organizacja przedszkola dostosowana jest do:</w:t>
      </w:r>
    </w:p>
    <w:p w14:paraId="5D80733B" w14:textId="77777777" w:rsidR="004A5359" w:rsidRDefault="0014264C">
      <w:pPr>
        <w:jc w:val="both"/>
      </w:pPr>
      <w:r>
        <w:t>1. liczby dzieci zgłoszonych na dany rok szkolny, rodzaj i czas ich pracy,</w:t>
      </w:r>
    </w:p>
    <w:p w14:paraId="23D17AAC" w14:textId="77777777" w:rsidR="004A5359" w:rsidRDefault="0014264C">
      <w:pPr>
        <w:jc w:val="both"/>
      </w:pPr>
      <w:r>
        <w:t>2. wymagań podstawy programowej wychowania przedszkolnego i wybranych na</w:t>
      </w:r>
    </w:p>
    <w:p w14:paraId="365BE2F7" w14:textId="77777777" w:rsidR="004A5359" w:rsidRDefault="0014264C">
      <w:pPr>
        <w:jc w:val="both"/>
      </w:pPr>
      <w:r>
        <w:t>jej podstawie programów wychowania przedszkolnego,</w:t>
      </w:r>
    </w:p>
    <w:p w14:paraId="7E1EE655" w14:textId="77777777" w:rsidR="004A5359" w:rsidRDefault="0014264C">
      <w:pPr>
        <w:jc w:val="both"/>
      </w:pPr>
      <w:r>
        <w:t>3.  zapotrzebowanie na rodzaj zajęć dodatkowych  prowadzonych przez</w:t>
      </w:r>
    </w:p>
    <w:p w14:paraId="02774B76" w14:textId="77777777" w:rsidR="004A5359" w:rsidRDefault="0014264C">
      <w:pPr>
        <w:jc w:val="both"/>
      </w:pPr>
      <w:r>
        <w:t>przedszkole.</w:t>
      </w:r>
    </w:p>
    <w:p w14:paraId="359695A8" w14:textId="77777777" w:rsidR="004A5359" w:rsidRDefault="0014264C">
      <w:pPr>
        <w:pStyle w:val="Heading2"/>
        <w:jc w:val="both"/>
      </w:pPr>
      <w:r>
        <w:t>§ 7.</w:t>
      </w:r>
    </w:p>
    <w:p w14:paraId="6CF812D1" w14:textId="77777777" w:rsidR="004A5359" w:rsidRDefault="0014264C">
      <w:pPr>
        <w:jc w:val="both"/>
      </w:pPr>
      <w:r>
        <w:t>1. Podstawową jednostką organizacyjną przedszkola są grupy obejmujące dzieci w zbliżonym</w:t>
      </w:r>
    </w:p>
    <w:p w14:paraId="03F6C308" w14:textId="77777777" w:rsidR="004A5359" w:rsidRDefault="0014264C">
      <w:pPr>
        <w:jc w:val="both"/>
      </w:pPr>
      <w:r>
        <w:t>wieku z uwzględnieniem ich potrzeb, zainteresowań, uzdolnień.</w:t>
      </w:r>
    </w:p>
    <w:p w14:paraId="2CA4BAFC" w14:textId="77777777" w:rsidR="004A5359" w:rsidRDefault="0014264C">
      <w:pPr>
        <w:jc w:val="both"/>
      </w:pPr>
      <w:r>
        <w:t>2. Liczba dzieci w grupie nie przekracza 18.</w:t>
      </w:r>
    </w:p>
    <w:p w14:paraId="46A62E69" w14:textId="77777777" w:rsidR="004A5359" w:rsidRDefault="0014264C">
      <w:pPr>
        <w:pStyle w:val="Heading2"/>
        <w:jc w:val="both"/>
      </w:pPr>
      <w:r>
        <w:t>§ 8.</w:t>
      </w:r>
    </w:p>
    <w:p w14:paraId="704F5C51" w14:textId="77777777" w:rsidR="004A5359" w:rsidRDefault="0014264C">
      <w:pPr>
        <w:jc w:val="both"/>
      </w:pPr>
      <w:r>
        <w:t>1. Praca wychowawczo-dydaktyczna i opiekuńcza prowadzona jest w przedszkolu w</w:t>
      </w:r>
    </w:p>
    <w:p w14:paraId="2F957807" w14:textId="77777777" w:rsidR="004A5359" w:rsidRDefault="0014264C">
      <w:pPr>
        <w:jc w:val="both"/>
      </w:pPr>
      <w:r>
        <w:t>oparciu podstawę programową wychowania przedszkolnego.</w:t>
      </w:r>
    </w:p>
    <w:p w14:paraId="142A6DE7" w14:textId="77777777" w:rsidR="004A5359" w:rsidRDefault="0014264C">
      <w:pPr>
        <w:jc w:val="both"/>
      </w:pPr>
      <w:r>
        <w:t>2. Godzina zajęć w przedszkolu trwa 45 minut. Podstawową formą pracy są zajęcia</w:t>
      </w:r>
    </w:p>
    <w:p w14:paraId="3AC6E3BA" w14:textId="77777777" w:rsidR="004A5359" w:rsidRDefault="0014264C">
      <w:pPr>
        <w:jc w:val="both"/>
      </w:pPr>
      <w:r>
        <w:t>opiekuńcze i edukacyjne prowadzone w systemie grupowym, zespołowym i</w:t>
      </w:r>
    </w:p>
    <w:p w14:paraId="7B1B21DF" w14:textId="77777777" w:rsidR="004A5359" w:rsidRDefault="0014264C">
      <w:pPr>
        <w:jc w:val="both"/>
      </w:pPr>
      <w:r>
        <w:t>indywidualnym.</w:t>
      </w:r>
    </w:p>
    <w:p w14:paraId="5AEF56E7" w14:textId="77777777" w:rsidR="004A5359" w:rsidRDefault="0014264C">
      <w:pPr>
        <w:jc w:val="both"/>
      </w:pPr>
      <w:r>
        <w:t>3. Przedszkole organizuje na wniosek rodziców dzieci zajęcia dodatkowe. W przedszkolu</w:t>
      </w:r>
    </w:p>
    <w:p w14:paraId="2AE5D587" w14:textId="77777777" w:rsidR="004A5359" w:rsidRDefault="0014264C">
      <w:pPr>
        <w:jc w:val="both"/>
      </w:pPr>
      <w:r>
        <w:t>mogą być organizowane następujące zajęcia dodatkowe:</w:t>
      </w:r>
    </w:p>
    <w:p w14:paraId="4E3D6E50" w14:textId="77777777" w:rsidR="004A5359" w:rsidRDefault="0014264C">
      <w:pPr>
        <w:jc w:val="both"/>
      </w:pPr>
      <w:r>
        <w:t>1. logopedia,</w:t>
      </w:r>
    </w:p>
    <w:p w14:paraId="25BDDDD6" w14:textId="77777777" w:rsidR="004A5359" w:rsidRDefault="0014264C">
      <w:pPr>
        <w:jc w:val="both"/>
      </w:pPr>
      <w:r>
        <w:t>2. język angielski,</w:t>
      </w:r>
    </w:p>
    <w:p w14:paraId="7FF42E5C" w14:textId="77777777" w:rsidR="004A5359" w:rsidRDefault="0014264C">
      <w:pPr>
        <w:jc w:val="both"/>
      </w:pPr>
      <w:r>
        <w:t>3. język niemiecki,</w:t>
      </w:r>
    </w:p>
    <w:p w14:paraId="55A37489" w14:textId="77777777" w:rsidR="004A5359" w:rsidRDefault="0014264C">
      <w:pPr>
        <w:jc w:val="both"/>
      </w:pPr>
      <w:r>
        <w:t>4. taneczno-rytmiczne,</w:t>
      </w:r>
    </w:p>
    <w:p w14:paraId="7ABA8202" w14:textId="77777777" w:rsidR="004A5359" w:rsidRDefault="0014264C">
      <w:pPr>
        <w:jc w:val="both"/>
      </w:pPr>
      <w:r>
        <w:t>5. terapeutyczne, psychologiczno-pedagogiczne,</w:t>
      </w:r>
    </w:p>
    <w:p w14:paraId="601A898D" w14:textId="77777777" w:rsidR="004A5359" w:rsidRDefault="0014264C">
      <w:pPr>
        <w:jc w:val="both"/>
      </w:pPr>
      <w:r>
        <w:t>6. sportowe.</w:t>
      </w:r>
    </w:p>
    <w:p w14:paraId="751BC5C1" w14:textId="77777777" w:rsidR="004A5359" w:rsidRDefault="0014264C">
      <w:pPr>
        <w:jc w:val="both"/>
      </w:pPr>
      <w:r>
        <w:lastRenderedPageBreak/>
        <w:t>4. Czas trwania zajęć prowadzonych dodatkowo jest dostosowany do możliwości</w:t>
      </w:r>
    </w:p>
    <w:p w14:paraId="457E6DA8" w14:textId="77777777" w:rsidR="004A5359" w:rsidRDefault="0014264C">
      <w:pPr>
        <w:jc w:val="both"/>
      </w:pPr>
      <w:r>
        <w:t>rozwojowych dzieci i wynosi:</w:t>
      </w:r>
    </w:p>
    <w:p w14:paraId="1E419947" w14:textId="77777777" w:rsidR="004A5359" w:rsidRDefault="0014264C">
      <w:pPr>
        <w:jc w:val="both"/>
      </w:pPr>
      <w:r>
        <w:t>1. nauka języka angielskiego odbywa się 2 razy w tygodniu po 15 min. (dla dzieci</w:t>
      </w:r>
    </w:p>
    <w:p w14:paraId="55A20B10" w14:textId="77777777" w:rsidR="004A5359" w:rsidRDefault="0014264C">
      <w:pPr>
        <w:jc w:val="both"/>
      </w:pPr>
      <w:r>
        <w:t>3- letnich), po 20 min.(dla dzieci 4 i 5-letnich) po 30 min.  (dla dzieci kl. O),</w:t>
      </w:r>
    </w:p>
    <w:p w14:paraId="448F4F96" w14:textId="77777777" w:rsidR="004A5359" w:rsidRDefault="0014264C">
      <w:pPr>
        <w:jc w:val="both"/>
      </w:pPr>
      <w:r>
        <w:t>2. zajęcia logopedyczne prowadzone są indywidualnie lub w 2–3 osobowych</w:t>
      </w:r>
    </w:p>
    <w:p w14:paraId="48ED011D" w14:textId="77777777" w:rsidR="004A5359" w:rsidRDefault="0014264C">
      <w:pPr>
        <w:jc w:val="both"/>
      </w:pPr>
      <w:r>
        <w:t>zespołach.</w:t>
      </w:r>
    </w:p>
    <w:p w14:paraId="47508449" w14:textId="77777777" w:rsidR="004A5359" w:rsidRDefault="0014264C">
      <w:pPr>
        <w:jc w:val="both"/>
      </w:pPr>
      <w:r>
        <w:t>3. zajęcia taneczno-rytmiczne 1 raz w tygodniu w każdej grupie – 15 min. (dla</w:t>
      </w:r>
    </w:p>
    <w:p w14:paraId="76EFBAAF" w14:textId="77777777" w:rsidR="004A5359" w:rsidRDefault="0014264C">
      <w:pPr>
        <w:jc w:val="both"/>
      </w:pPr>
      <w:r>
        <w:t>dzieci 3-, 4- letnich), 30 min. (dla pozostałych dzieci),</w:t>
      </w:r>
    </w:p>
    <w:p w14:paraId="65D9C76E" w14:textId="77777777" w:rsidR="004A5359" w:rsidRDefault="0014264C">
      <w:pPr>
        <w:jc w:val="both"/>
      </w:pPr>
      <w:r>
        <w:t>4. zajęcia terapeutyczne, psychologiczne 1 x tygodniu w zależności od potrzeb</w:t>
      </w:r>
    </w:p>
    <w:p w14:paraId="6EC4AA8A" w14:textId="77777777" w:rsidR="004A5359" w:rsidRDefault="0014264C">
      <w:pPr>
        <w:jc w:val="both"/>
      </w:pPr>
      <w:r>
        <w:t>indywidualnych.</w:t>
      </w:r>
    </w:p>
    <w:p w14:paraId="09CF5956" w14:textId="77777777" w:rsidR="004A5359" w:rsidRDefault="0014264C">
      <w:pPr>
        <w:jc w:val="both"/>
      </w:pPr>
      <w:r>
        <w:t>5. zajęcia  sportowe 1 x tygodnia po 30 min.</w:t>
      </w:r>
    </w:p>
    <w:p w14:paraId="72A2EC9D" w14:textId="77777777" w:rsidR="004A5359" w:rsidRDefault="0014264C">
      <w:pPr>
        <w:pStyle w:val="Heading2"/>
        <w:jc w:val="both"/>
      </w:pPr>
      <w:r>
        <w:t>§ 9.</w:t>
      </w:r>
    </w:p>
    <w:p w14:paraId="6F5C41F6" w14:textId="77777777" w:rsidR="004A5359" w:rsidRDefault="0014264C">
      <w:pPr>
        <w:jc w:val="both"/>
      </w:pPr>
      <w:r>
        <w:t>1. Organizację stałych, obowiązkowych i dodatkowych zajęć edukacyjnych określa ramowy</w:t>
      </w:r>
    </w:p>
    <w:p w14:paraId="415B6F2E" w14:textId="77777777" w:rsidR="004A5359" w:rsidRDefault="0014264C">
      <w:pPr>
        <w:jc w:val="both"/>
      </w:pPr>
      <w:r>
        <w:t>rozkład dnia ustalony przez Dyrektora z uwzględnieniem zasad ochrony zdrowia i higieny</w:t>
      </w:r>
    </w:p>
    <w:p w14:paraId="6BC51871" w14:textId="77777777" w:rsidR="004A5359" w:rsidRDefault="0014264C">
      <w:pPr>
        <w:jc w:val="both"/>
      </w:pPr>
      <w:r>
        <w:t>dziecka, dostosowany do oczekiwań rodziców.</w:t>
      </w:r>
    </w:p>
    <w:p w14:paraId="03479400" w14:textId="77777777" w:rsidR="004A5359" w:rsidRDefault="0014264C">
      <w:pPr>
        <w:jc w:val="both"/>
      </w:pPr>
      <w:r>
        <w:t>2. Ramowy rozkład dnia obejmuje:</w:t>
      </w:r>
    </w:p>
    <w:p w14:paraId="6C057BAB" w14:textId="77777777" w:rsidR="004A5359" w:rsidRDefault="0014264C">
      <w:pPr>
        <w:jc w:val="both"/>
      </w:pPr>
      <w:r>
        <w:t>1. dzienny czas pracy poszczególnych grup,</w:t>
      </w:r>
    </w:p>
    <w:p w14:paraId="29664DC1" w14:textId="77777777" w:rsidR="004A5359" w:rsidRDefault="0014264C">
      <w:pPr>
        <w:jc w:val="both"/>
      </w:pPr>
      <w:r>
        <w:t>2. następujące pory posiłków:</w:t>
      </w:r>
    </w:p>
    <w:p w14:paraId="54C1AE9E" w14:textId="77777777" w:rsidR="004A5359" w:rsidRDefault="0014264C">
      <w:pPr>
        <w:jc w:val="both"/>
      </w:pPr>
      <w:r>
        <w:t>śniadanie: 8:30</w:t>
      </w:r>
    </w:p>
    <w:p w14:paraId="2554C482" w14:textId="77777777" w:rsidR="004A5359" w:rsidRDefault="0014264C">
      <w:pPr>
        <w:jc w:val="both"/>
      </w:pPr>
      <w:r>
        <w:t>obiad: 12:00</w:t>
      </w:r>
    </w:p>
    <w:p w14:paraId="4003724A" w14:textId="77777777" w:rsidR="004A5359" w:rsidRDefault="0014264C">
      <w:pPr>
        <w:jc w:val="both"/>
      </w:pPr>
      <w:r>
        <w:t>podwieczorek: 14:30</w:t>
      </w:r>
    </w:p>
    <w:p w14:paraId="5F444A29" w14:textId="77777777" w:rsidR="004A5359" w:rsidRDefault="0014264C">
      <w:pPr>
        <w:jc w:val="both"/>
      </w:pPr>
      <w:r>
        <w:t>3.    Godziny realizacji podstawy programowej trwają od 8.00 do 13.00.</w:t>
      </w:r>
    </w:p>
    <w:p w14:paraId="59DDF975" w14:textId="77777777" w:rsidR="004A5359" w:rsidRDefault="0014264C">
      <w:pPr>
        <w:jc w:val="both"/>
      </w:pPr>
      <w:r>
        <w:t>4.   Na podstawie ramowego rozkładu dnia nauczyciele, którym powierzono opiekę nad daną</w:t>
      </w:r>
    </w:p>
    <w:p w14:paraId="33B7F34B" w14:textId="77777777" w:rsidR="004A5359" w:rsidRDefault="0014264C">
      <w:pPr>
        <w:jc w:val="both"/>
      </w:pPr>
      <w:r>
        <w:t>grupą, ustalają dla tej grupy rozkład dnia, który uwzględnia potrzeby i zainteresowań dzieci,</w:t>
      </w:r>
    </w:p>
    <w:p w14:paraId="32FD4C67" w14:textId="77777777" w:rsidR="004A5359" w:rsidRDefault="0014264C">
      <w:pPr>
        <w:jc w:val="both"/>
      </w:pPr>
      <w:r>
        <w:t>stwarza warunki umożliwiające uczenie przez doświdczenie i działanie.</w:t>
      </w:r>
    </w:p>
    <w:p w14:paraId="3A68E230" w14:textId="77777777" w:rsidR="004A5359" w:rsidRDefault="0014264C">
      <w:pPr>
        <w:jc w:val="both"/>
      </w:pPr>
      <w:r>
        <w:t>5.  Rozkład dnia w miarę potrzeby może być zmieniony w ciągu dnia.</w:t>
      </w:r>
    </w:p>
    <w:p w14:paraId="64BA0BF3" w14:textId="77777777" w:rsidR="004A5359" w:rsidRDefault="0014264C">
      <w:pPr>
        <w:pStyle w:val="Heading2"/>
        <w:jc w:val="both"/>
      </w:pPr>
      <w:r>
        <w:lastRenderedPageBreak/>
        <w:t>§ 10.</w:t>
      </w:r>
    </w:p>
    <w:p w14:paraId="5069522D" w14:textId="77777777" w:rsidR="004A5359" w:rsidRDefault="0014264C">
      <w:pPr>
        <w:jc w:val="both"/>
      </w:pPr>
      <w:r>
        <w:t>1. Praca wychowawczo-dydaktyczna i opiekuńcza prowadzona jest w oparciu o podstawę</w:t>
      </w:r>
    </w:p>
    <w:p w14:paraId="73826D93" w14:textId="77777777" w:rsidR="004A5359" w:rsidRDefault="0014264C">
      <w:pPr>
        <w:jc w:val="both"/>
      </w:pPr>
      <w:r>
        <w:t>programową oraz dopuszczone do użytku przez Dyrektora programy wychowania</w:t>
      </w:r>
    </w:p>
    <w:p w14:paraId="6DB28973" w14:textId="77777777" w:rsidR="004A5359" w:rsidRDefault="0014264C">
      <w:pPr>
        <w:jc w:val="both"/>
      </w:pPr>
      <w:r>
        <w:t>przedszkolnego.</w:t>
      </w:r>
    </w:p>
    <w:p w14:paraId="754FF417" w14:textId="77777777" w:rsidR="004A5359" w:rsidRDefault="0014264C">
      <w:pPr>
        <w:jc w:val="both"/>
      </w:pPr>
      <w:r>
        <w:t>2. W przedszkolu nauczyciele mogą wykorzystywać w swojej pracy wychowawczo-</w:t>
      </w:r>
    </w:p>
    <w:p w14:paraId="1754052D" w14:textId="77777777" w:rsidR="004A5359" w:rsidRDefault="0014264C">
      <w:pPr>
        <w:jc w:val="both"/>
      </w:pPr>
      <w:r>
        <w:t>opiekuńczo-dydaktycznej programy własne. Wszystkie programy własne wynikają z potrzeb</w:t>
      </w:r>
    </w:p>
    <w:p w14:paraId="0D575BB4" w14:textId="77777777" w:rsidR="004A5359" w:rsidRDefault="0014264C">
      <w:pPr>
        <w:jc w:val="both"/>
      </w:pPr>
      <w:r>
        <w:t>przedszkola i mają pozytywny wpływ na wizerunek absolwenta przedszkola. Są</w:t>
      </w:r>
    </w:p>
    <w:p w14:paraId="6B65BF63" w14:textId="77777777" w:rsidR="004A5359" w:rsidRDefault="0014264C">
      <w:pPr>
        <w:jc w:val="both"/>
      </w:pPr>
      <w:r>
        <w:t>dopuszczone przez Dyrektora.</w:t>
      </w:r>
    </w:p>
    <w:p w14:paraId="396C1F3E" w14:textId="77777777" w:rsidR="004A5359" w:rsidRDefault="0014264C">
      <w:pPr>
        <w:jc w:val="both"/>
      </w:pPr>
      <w:r>
        <w:t>3. Na realizację podstawy programowej wychowania przedszkolnego przeznacza się 5 godzin</w:t>
      </w:r>
    </w:p>
    <w:p w14:paraId="03F7651E" w14:textId="77777777" w:rsidR="004A5359" w:rsidRDefault="0014264C">
      <w:pPr>
        <w:jc w:val="both"/>
      </w:pPr>
      <w:r>
        <w:t>w czasie codziennej pracy przedszkola.</w:t>
      </w:r>
    </w:p>
    <w:p w14:paraId="44EEF056" w14:textId="77777777" w:rsidR="004A5359" w:rsidRDefault="0014264C">
      <w:pPr>
        <w:jc w:val="both"/>
      </w:pPr>
      <w:r>
        <w:t>4. Godzina pracy nauczyciela z dziećmi w przedszkolu trwa 45 minut.</w:t>
      </w:r>
    </w:p>
    <w:p w14:paraId="1D86F52D" w14:textId="77777777" w:rsidR="004A5359" w:rsidRDefault="0014264C">
      <w:pPr>
        <w:jc w:val="both"/>
      </w:pPr>
      <w:r>
        <w:t>5. Zajęcia dodatkowe mogą odbywać się na sali zajęć poszczególnych grup lub poza terenem</w:t>
      </w:r>
    </w:p>
    <w:p w14:paraId="5D788255" w14:textId="77777777" w:rsidR="004A5359" w:rsidRDefault="0014264C">
      <w:pPr>
        <w:jc w:val="both"/>
      </w:pPr>
      <w:r>
        <w:t>przedszkola, ponadto:</w:t>
      </w:r>
    </w:p>
    <w:p w14:paraId="732CDF8D" w14:textId="77777777" w:rsidR="004A5359" w:rsidRDefault="0014264C">
      <w:pPr>
        <w:jc w:val="both"/>
      </w:pPr>
      <w:r>
        <w:t>1. rodzaj zajęć dodatkowych, ich częstotliwość i forma organizacyjna zależą od</w:t>
      </w:r>
    </w:p>
    <w:p w14:paraId="1B891AE9" w14:textId="77777777" w:rsidR="004A5359" w:rsidRDefault="0014264C">
      <w:pPr>
        <w:jc w:val="both"/>
      </w:pPr>
      <w:r>
        <w:t>wyboru rodziców,</w:t>
      </w:r>
    </w:p>
    <w:p w14:paraId="75DA2BB1" w14:textId="77777777" w:rsidR="004A5359" w:rsidRDefault="0014264C">
      <w:pPr>
        <w:jc w:val="both"/>
      </w:pPr>
      <w:r>
        <w:t>2. zajęcia finansowane są w częściowo przez organ prowadzący, a częściowo przez</w:t>
      </w:r>
    </w:p>
    <w:p w14:paraId="4DCB1757" w14:textId="77777777" w:rsidR="004A5359" w:rsidRDefault="0014264C">
      <w:pPr>
        <w:jc w:val="both"/>
      </w:pPr>
      <w:r>
        <w:t>rodziców,</w:t>
      </w:r>
    </w:p>
    <w:p w14:paraId="034B5022" w14:textId="77777777" w:rsidR="004A5359" w:rsidRDefault="0014264C">
      <w:pPr>
        <w:jc w:val="both"/>
      </w:pPr>
      <w:r>
        <w:t>3. czas trwania zajęć prowadzonych dodatkowo jest dostosowany do możliwości</w:t>
      </w:r>
    </w:p>
    <w:p w14:paraId="7B4DCE90" w14:textId="77777777" w:rsidR="004A5359" w:rsidRDefault="0014264C">
      <w:pPr>
        <w:jc w:val="both"/>
      </w:pPr>
      <w:r>
        <w:t>rozwojowych dzieci i wynosi 15 min. dla dzieci 3-letnich, 20 min. dla dzieci 4-</w:t>
      </w:r>
    </w:p>
    <w:p w14:paraId="72FA5C94" w14:textId="77777777" w:rsidR="004A5359" w:rsidRDefault="0014264C">
      <w:pPr>
        <w:jc w:val="both"/>
      </w:pPr>
      <w:r>
        <w:t>letnich a 30 min. dla pozostałych dzieci.</w:t>
      </w:r>
    </w:p>
    <w:p w14:paraId="09BE8AB0" w14:textId="77777777" w:rsidR="004A5359" w:rsidRDefault="0014264C">
      <w:pPr>
        <w:jc w:val="both"/>
      </w:pPr>
      <w:r>
        <w:t>6. Przedszkole organizuje w zależności od potrzeb:</w:t>
      </w:r>
    </w:p>
    <w:p w14:paraId="6DDB2B38" w14:textId="77777777" w:rsidR="004A5359" w:rsidRDefault="0014264C">
      <w:pPr>
        <w:jc w:val="both"/>
      </w:pPr>
      <w:r>
        <w:t>1. zajęcia specjalistyczne: korekcyjno-kompensacyjne, logopedyczne, porady i</w:t>
      </w:r>
    </w:p>
    <w:p w14:paraId="0C1606C5" w14:textId="77777777" w:rsidR="004A5359" w:rsidRDefault="0014264C">
      <w:pPr>
        <w:jc w:val="both"/>
      </w:pPr>
      <w:r>
        <w:t>konsultacje, zajęcia rozwijające uzdolnienia.</w:t>
      </w:r>
    </w:p>
    <w:p w14:paraId="440E7E1F" w14:textId="77777777" w:rsidR="004A5359" w:rsidRDefault="0014264C">
      <w:pPr>
        <w:jc w:val="both"/>
      </w:pPr>
      <w:r>
        <w:t>7. Organizacja oraz prowadzenie ww. zajęć odbywać się będzie na podstawie umowy</w:t>
      </w:r>
    </w:p>
    <w:p w14:paraId="7B093AD5" w14:textId="77777777" w:rsidR="004A5359" w:rsidRDefault="0014264C">
      <w:pPr>
        <w:jc w:val="both"/>
      </w:pPr>
      <w:r>
        <w:t>podpisanej przez przedszkole lub rodziców dzieci uczęszczających w zajęciach.</w:t>
      </w:r>
    </w:p>
    <w:p w14:paraId="2C22F9D6" w14:textId="77777777" w:rsidR="004A5359" w:rsidRDefault="0014264C">
      <w:pPr>
        <w:pStyle w:val="Heading2"/>
        <w:jc w:val="both"/>
      </w:pPr>
      <w:r>
        <w:t>§ 11.</w:t>
      </w:r>
    </w:p>
    <w:p w14:paraId="54D75557" w14:textId="77777777" w:rsidR="004A5359" w:rsidRDefault="0014264C">
      <w:pPr>
        <w:jc w:val="both"/>
      </w:pPr>
      <w:r>
        <w:t>1. Przedszkole funkcjonuje przez cały rok szkolny z wyjątkiem dni ustawowo wolnych.</w:t>
      </w:r>
    </w:p>
    <w:p w14:paraId="63F1D933" w14:textId="77777777" w:rsidR="004A5359" w:rsidRDefault="0014264C">
      <w:pPr>
        <w:jc w:val="both"/>
      </w:pPr>
      <w:r>
        <w:lastRenderedPageBreak/>
        <w:t>1. dzienny czas pracy przedszkola wynosi 10,5 godziny; przedszkole jest czynne w</w:t>
      </w:r>
    </w:p>
    <w:p w14:paraId="50265743" w14:textId="77777777" w:rsidR="004A5359" w:rsidRDefault="0014264C">
      <w:pPr>
        <w:jc w:val="both"/>
      </w:pPr>
      <w:r>
        <w:t>godzinach od 6.30 do 17.00, podczas których realizowana jest podstawa</w:t>
      </w:r>
    </w:p>
    <w:p w14:paraId="69EE8818" w14:textId="77777777" w:rsidR="004A5359" w:rsidRDefault="0014264C">
      <w:pPr>
        <w:jc w:val="both"/>
      </w:pPr>
      <w:r>
        <w:t>programowa wychowania przedszkolnego;</w:t>
      </w:r>
    </w:p>
    <w:p w14:paraId="7EE7E9FD" w14:textId="77777777" w:rsidR="004A5359" w:rsidRDefault="0014264C">
      <w:pPr>
        <w:jc w:val="both"/>
      </w:pPr>
      <w:r>
        <w:t>2. czas pracy przedszkola w roku szkolnym od 1 września do 31 sierpnia każdego</w:t>
      </w:r>
    </w:p>
    <w:p w14:paraId="220896FB" w14:textId="77777777" w:rsidR="004A5359" w:rsidRDefault="0014264C">
      <w:pPr>
        <w:jc w:val="both"/>
      </w:pPr>
      <w:r>
        <w:t>roku,</w:t>
      </w:r>
    </w:p>
    <w:p w14:paraId="3E94EFA1" w14:textId="77777777" w:rsidR="004A5359" w:rsidRDefault="0014264C">
      <w:pPr>
        <w:jc w:val="both"/>
      </w:pPr>
      <w:r>
        <w:t>3. W przypadku wystąpienia zagrożenia dla zdrowia lub bezpieczeństwa dzieci, w</w:t>
      </w:r>
    </w:p>
    <w:p w14:paraId="72B9C229" w14:textId="77777777" w:rsidR="004A5359" w:rsidRDefault="0014264C">
      <w:pPr>
        <w:jc w:val="both"/>
      </w:pPr>
      <w:r>
        <w:t>szczególności zagrożenia epidemiologicznego, a także w przypadku wystąpienia</w:t>
      </w:r>
    </w:p>
    <w:p w14:paraId="5B5A9475" w14:textId="77777777" w:rsidR="004A5359" w:rsidRDefault="0014264C">
      <w:pPr>
        <w:jc w:val="both"/>
      </w:pPr>
      <w:r>
        <w:t>innych sytuacji nadzwyczajnych, niezależnych od Przedszkola i niemożliwych do</w:t>
      </w:r>
    </w:p>
    <w:p w14:paraId="3CFE2632" w14:textId="77777777" w:rsidR="004A5359" w:rsidRDefault="0014264C">
      <w:pPr>
        <w:jc w:val="both"/>
      </w:pPr>
      <w:r>
        <w:t>przewidzenia, działalność Przedszkola może zostać czasowo zawieszona lub</w:t>
      </w:r>
    </w:p>
    <w:p w14:paraId="7D0C0FE5" w14:textId="77777777" w:rsidR="004A5359" w:rsidRDefault="0014264C">
      <w:pPr>
        <w:jc w:val="both"/>
      </w:pPr>
      <w:r>
        <w:t>ograniczona.</w:t>
      </w:r>
    </w:p>
    <w:p w14:paraId="52CACC2F" w14:textId="77777777" w:rsidR="004A5359" w:rsidRDefault="0014264C">
      <w:pPr>
        <w:jc w:val="both"/>
      </w:pPr>
      <w:r>
        <w:t>1. Decyzję o czasowym zawieszeniu lub ograniczeniu działalności Przedszkola podejmuje</w:t>
      </w:r>
    </w:p>
    <w:p w14:paraId="49081AFD" w14:textId="77777777" w:rsidR="004A5359" w:rsidRDefault="0014264C">
      <w:pPr>
        <w:jc w:val="both"/>
      </w:pPr>
      <w:r>
        <w:t>Dyrektor, z uwzględnieniem obowiązujących w tym zakresie przepisów prawa oraz, w razie</w:t>
      </w:r>
    </w:p>
    <w:p w14:paraId="570035AC" w14:textId="77777777" w:rsidR="004A5359" w:rsidRDefault="0014264C">
      <w:pPr>
        <w:jc w:val="both"/>
      </w:pPr>
      <w:r>
        <w:t>konieczności, po uzyskaniu zgody lub opinii właściwych organów.</w:t>
      </w:r>
    </w:p>
    <w:p w14:paraId="3E17F88D" w14:textId="77777777" w:rsidR="004A5359" w:rsidRDefault="0014264C">
      <w:pPr>
        <w:jc w:val="both"/>
      </w:pPr>
      <w:r>
        <w:t>2. O czasowym zawieszeniu lub ograniczeniu działalności Przedszkola rodzice lub prawni</w:t>
      </w:r>
    </w:p>
    <w:p w14:paraId="38A716BC" w14:textId="77777777" w:rsidR="004A5359" w:rsidRDefault="0014264C">
      <w:pPr>
        <w:jc w:val="both"/>
      </w:pPr>
      <w:r>
        <w:t>opiekunowie dzieci są informowani niezwłocznie, w sposób przyjęty w Przedszkolu.</w:t>
      </w:r>
    </w:p>
    <w:p w14:paraId="7D1FF825" w14:textId="77777777" w:rsidR="004A5359" w:rsidRDefault="0014264C">
      <w:pPr>
        <w:jc w:val="both"/>
      </w:pPr>
      <w:r>
        <w:t>2. Zasady odpłatności za pobyt dzieci w przedszkolu określa cennik:</w:t>
      </w:r>
    </w:p>
    <w:p w14:paraId="4E7F9914" w14:textId="77777777" w:rsidR="004A5359" w:rsidRDefault="0014264C">
      <w:pPr>
        <w:jc w:val="both"/>
      </w:pPr>
      <w:r>
        <w:t>1. dzienna stawka żywieniowa uwzględnia normy żywieniowe dla dzieci w wieku</w:t>
      </w:r>
    </w:p>
    <w:p w14:paraId="10207500" w14:textId="77777777" w:rsidR="004A5359" w:rsidRDefault="0014264C">
      <w:pPr>
        <w:jc w:val="both"/>
      </w:pPr>
      <w:r>
        <w:t>przedszkolnym, określona jest odrębnym zarządzeniem i może ulec zmianie w</w:t>
      </w:r>
    </w:p>
    <w:p w14:paraId="48354795" w14:textId="77777777" w:rsidR="004A5359" w:rsidRDefault="0014264C">
      <w:pPr>
        <w:jc w:val="both"/>
      </w:pPr>
      <w:r>
        <w:t>czasie trwania umowy.</w:t>
      </w:r>
    </w:p>
    <w:p w14:paraId="3F07FD04" w14:textId="77777777" w:rsidR="004A5359" w:rsidRDefault="0014264C">
      <w:pPr>
        <w:jc w:val="both"/>
      </w:pPr>
      <w:r>
        <w:t>2. z tytułu nieobecności dziecka następuje  zwrot kosztów dziennej stawki</w:t>
      </w:r>
    </w:p>
    <w:p w14:paraId="30824CC9" w14:textId="77777777" w:rsidR="004A5359" w:rsidRDefault="0014264C">
      <w:pPr>
        <w:jc w:val="both"/>
      </w:pPr>
      <w:r>
        <w:t>żywieniowej, warunkiem jest zgłoszenie nieobecności dziecka w aplikacji</w:t>
      </w:r>
    </w:p>
    <w:p w14:paraId="11C875B1" w14:textId="77777777" w:rsidR="004A5359" w:rsidRDefault="0014264C">
      <w:pPr>
        <w:jc w:val="both"/>
      </w:pPr>
      <w:r>
        <w:t>Livekid do godz. 18:00 dnia poprzedniego.</w:t>
      </w:r>
    </w:p>
    <w:p w14:paraId="5257C364" w14:textId="77777777" w:rsidR="004A5359" w:rsidRDefault="0014264C">
      <w:pPr>
        <w:jc w:val="both"/>
      </w:pPr>
      <w:r>
        <w:t>3. dziecko uczęszczające do przedszkola korzystać będzie z następującej liczby</w:t>
      </w:r>
    </w:p>
    <w:p w14:paraId="0BEFC719" w14:textId="77777777" w:rsidR="004A5359" w:rsidRDefault="0014264C">
      <w:pPr>
        <w:jc w:val="both"/>
      </w:pPr>
      <w:r>
        <w:t>posiłków:</w:t>
      </w:r>
    </w:p>
    <w:p w14:paraId="08B5AF8D" w14:textId="77777777" w:rsidR="004A5359" w:rsidRDefault="0014264C">
      <w:pPr>
        <w:jc w:val="both"/>
      </w:pPr>
      <w:r>
        <w:t>a. I śniadanie, II śniadanie, obiad, podwieczorek,</w:t>
      </w:r>
    </w:p>
    <w:p w14:paraId="3D1C60CE" w14:textId="77777777" w:rsidR="004A5359" w:rsidRDefault="0014264C">
      <w:pPr>
        <w:jc w:val="both"/>
      </w:pPr>
      <w:r>
        <w:t>4.   składniki opłata za przedszkole oraz ich wysokość w tym kwota za czesne może</w:t>
      </w:r>
    </w:p>
    <w:p w14:paraId="04BA9B9A" w14:textId="77777777" w:rsidR="004A5359" w:rsidRDefault="0014264C">
      <w:pPr>
        <w:jc w:val="both"/>
      </w:pPr>
      <w:r>
        <w:lastRenderedPageBreak/>
        <w:t>ulec zmianie w trakcie trwania umowy.</w:t>
      </w:r>
    </w:p>
    <w:p w14:paraId="05F0117B" w14:textId="77777777" w:rsidR="004A5359" w:rsidRDefault="0014264C">
      <w:pPr>
        <w:jc w:val="both"/>
      </w:pPr>
      <w:r>
        <w:t>3. Rodzice dzieci uczęszczających do przedszkola i korzystających z posiłków zobowiązani</w:t>
      </w:r>
    </w:p>
    <w:p w14:paraId="65DB4771" w14:textId="77777777" w:rsidR="004A5359" w:rsidRDefault="0014264C">
      <w:pPr>
        <w:jc w:val="both"/>
      </w:pPr>
      <w:r>
        <w:t>są do uiszczania opłat za usługi świadczone przez przedszkole do 10 każdego miesiąca.</w:t>
      </w:r>
    </w:p>
    <w:p w14:paraId="285096E4" w14:textId="77777777" w:rsidR="004A5359" w:rsidRDefault="0014264C">
      <w:pPr>
        <w:jc w:val="both"/>
      </w:pPr>
      <w:r>
        <w:t>4. Przedszkole prowadzi bezpłatne nauczanie w zakresie podstawy programowej</w:t>
      </w:r>
    </w:p>
    <w:p w14:paraId="36B95E54" w14:textId="77777777" w:rsidR="004A5359" w:rsidRDefault="0014264C">
      <w:pPr>
        <w:jc w:val="both"/>
      </w:pPr>
      <w:r>
        <w:t>wychowania przedszkolnego dzieci mających prawo do wychowania przedszkolnego.</w:t>
      </w:r>
    </w:p>
    <w:p w14:paraId="00648A85" w14:textId="77777777" w:rsidR="004A5359" w:rsidRDefault="0014264C">
      <w:pPr>
        <w:jc w:val="both"/>
      </w:pPr>
      <w:r>
        <w:t>5. Upoważnionym do stosowania zwolnień lub ulg w odpłatności za usługi świadczone</w:t>
      </w:r>
    </w:p>
    <w:p w14:paraId="2C22C72A" w14:textId="77777777" w:rsidR="004A5359" w:rsidRDefault="0014264C">
      <w:pPr>
        <w:jc w:val="both"/>
      </w:pPr>
      <w:r>
        <w:t>przez przedszkole jest Dyrektor przedszkola, a wnioskującym rodzice dziecka</w:t>
      </w:r>
    </w:p>
    <w:p w14:paraId="4D3F6E99" w14:textId="77777777" w:rsidR="004A5359" w:rsidRDefault="0014264C">
      <w:pPr>
        <w:jc w:val="both"/>
      </w:pPr>
      <w:r>
        <w:t>przedszkolnego.</w:t>
      </w:r>
    </w:p>
    <w:p w14:paraId="1582D1BB" w14:textId="77777777" w:rsidR="004A5359" w:rsidRDefault="0014264C">
      <w:pPr>
        <w:pStyle w:val="Heading2"/>
        <w:jc w:val="both"/>
      </w:pPr>
      <w:r>
        <w:t>§ 12.</w:t>
      </w:r>
    </w:p>
    <w:p w14:paraId="56B4A6DC" w14:textId="77777777" w:rsidR="004A5359" w:rsidRDefault="0014264C">
      <w:pPr>
        <w:jc w:val="both"/>
      </w:pPr>
      <w:r>
        <w:t>1. Do realizacji zadań i celów statutowych przedszkole wykorzystuje:</w:t>
      </w:r>
    </w:p>
    <w:p w14:paraId="6B721B0A" w14:textId="77777777" w:rsidR="004A5359" w:rsidRDefault="0014264C">
      <w:pPr>
        <w:jc w:val="both"/>
      </w:pPr>
      <w:r>
        <w:t>1. 4 sal zajęć wraz z niezbędnym wyposażeniem dostosowane do potrzeb dzieci,</w:t>
      </w:r>
    </w:p>
    <w:p w14:paraId="138435AA" w14:textId="77777777" w:rsidR="004A5359" w:rsidRDefault="0014264C">
      <w:pPr>
        <w:jc w:val="both"/>
      </w:pPr>
      <w:r>
        <w:t>2. 1 sala do terapii, przeznaczona do prowadzenia zajęćwspierających rozwój dzieci</w:t>
      </w:r>
    </w:p>
    <w:p w14:paraId="520B64F1" w14:textId="77777777" w:rsidR="004A5359" w:rsidRDefault="0014264C">
      <w:pPr>
        <w:jc w:val="both"/>
      </w:pPr>
      <w:r>
        <w:t>oraz zajęć specialistycznych,</w:t>
      </w:r>
    </w:p>
    <w:p w14:paraId="1A2C5582" w14:textId="77777777" w:rsidR="004A5359" w:rsidRDefault="0014264C">
      <w:pPr>
        <w:jc w:val="both"/>
      </w:pPr>
      <w:r>
        <w:t>3. pomieszczenia administracyjne i gospodarcze,</w:t>
      </w:r>
    </w:p>
    <w:p w14:paraId="31D91B8B" w14:textId="77777777" w:rsidR="004A5359" w:rsidRDefault="0014264C">
      <w:pPr>
        <w:jc w:val="both"/>
      </w:pPr>
      <w:r>
        <w:t>4. zaplecze sanitarne dostosowane do potrzeb dzieci i pracowników przedszkola,</w:t>
      </w:r>
    </w:p>
    <w:p w14:paraId="710269A0" w14:textId="77777777" w:rsidR="004A5359" w:rsidRDefault="0014264C">
      <w:pPr>
        <w:jc w:val="both"/>
      </w:pPr>
      <w:r>
        <w:t>5. plac zabaw i teren przedszkolny, stanowiące ważną przestrzeń do zabawy, nauki,</w:t>
      </w:r>
    </w:p>
    <w:p w14:paraId="049B1FEE" w14:textId="77777777" w:rsidR="004A5359" w:rsidRDefault="0014264C">
      <w:pPr>
        <w:jc w:val="both"/>
      </w:pPr>
      <w:r>
        <w:t>aktywności ruchowej oraz zdobywania przez dzieci doświadczeń poprzez</w:t>
      </w:r>
    </w:p>
    <w:p w14:paraId="4E24AA3A" w14:textId="77777777" w:rsidR="004A5359" w:rsidRDefault="0014264C">
      <w:pPr>
        <w:jc w:val="both"/>
      </w:pPr>
      <w:r>
        <w:t>bezpośredni kontakt z otoczeniem i przyrodą. Na terenie placu zabaw i ogrodu</w:t>
      </w:r>
    </w:p>
    <w:p w14:paraId="6FA358D2" w14:textId="77777777" w:rsidR="004A5359" w:rsidRDefault="0014264C">
      <w:pPr>
        <w:jc w:val="both"/>
      </w:pPr>
      <w:r>
        <w:t>przedszkolnego dzieci mają możliwość korzystania z różnorodnych,</w:t>
      </w:r>
    </w:p>
    <w:p w14:paraId="689363C0" w14:textId="77777777" w:rsidR="004A5359" w:rsidRDefault="0014264C">
      <w:pPr>
        <w:jc w:val="both"/>
      </w:pPr>
      <w:r>
        <w:t>odpowiednio zorganizowanych miejsc i urządzeń wspierających ich rozwój, w</w:t>
      </w:r>
    </w:p>
    <w:p w14:paraId="7966B981" w14:textId="77777777" w:rsidR="004A5359" w:rsidRDefault="0014264C">
      <w:pPr>
        <w:jc w:val="both"/>
      </w:pPr>
      <w:r>
        <w:t>szczególności:</w:t>
      </w:r>
    </w:p>
    <w:p w14:paraId="74E77442" w14:textId="77777777" w:rsidR="004A5359" w:rsidRDefault="0014264C">
      <w:pPr>
        <w:jc w:val="both"/>
      </w:pPr>
      <w:r>
        <w:t>6. kuchni błotnej, w której dzieci mogą swobodnie eksperymentować, tworzyć własne</w:t>
      </w:r>
    </w:p>
    <w:p w14:paraId="6E64057B" w14:textId="77777777" w:rsidR="004A5359" w:rsidRDefault="0014264C">
      <w:pPr>
        <w:jc w:val="both"/>
      </w:pPr>
      <w:r>
        <w:t>kompozycje, rozwijać wyobraźnię oraz poznawać właściwości naturalnych materiałów;</w:t>
      </w:r>
    </w:p>
    <w:p w14:paraId="0E33231E" w14:textId="77777777" w:rsidR="004A5359" w:rsidRDefault="0014264C">
      <w:pPr>
        <w:jc w:val="both"/>
      </w:pPr>
      <w:r>
        <w:t>7. stanowiska małego budowlańca, umożliwiającego konstruowanie, budowanie, planowanie i</w:t>
      </w:r>
    </w:p>
    <w:p w14:paraId="5AD6EADF" w14:textId="77777777" w:rsidR="004A5359" w:rsidRDefault="0014264C">
      <w:pPr>
        <w:jc w:val="both"/>
      </w:pPr>
      <w:r>
        <w:t>rozwijanie umiejętności współpracy;</w:t>
      </w:r>
    </w:p>
    <w:p w14:paraId="01FD56F7" w14:textId="77777777" w:rsidR="004A5359" w:rsidRDefault="0014264C">
      <w:pPr>
        <w:jc w:val="both"/>
      </w:pPr>
      <w:r>
        <w:t>8. ogródka przedszkolnego, w którym dzieci samodzielnie sadzą warzywa i rośliny, obserwują</w:t>
      </w:r>
    </w:p>
    <w:p w14:paraId="6EFDEF0F" w14:textId="77777777" w:rsidR="004A5359" w:rsidRDefault="0014264C">
      <w:pPr>
        <w:jc w:val="both"/>
      </w:pPr>
      <w:r>
        <w:lastRenderedPageBreak/>
        <w:t>ich wzrost, pielęgnują je oraz uczą się odpowiedzialności za powierzone im zadania;</w:t>
      </w:r>
    </w:p>
    <w:p w14:paraId="1EC90E89" w14:textId="77777777" w:rsidR="004A5359" w:rsidRDefault="0014264C">
      <w:pPr>
        <w:jc w:val="both"/>
      </w:pPr>
      <w:r>
        <w:t>9. kącika muzycznego, umożliwiającego dzieciom eksperymentowanie z dźwiękiem, rytmem i</w:t>
      </w:r>
    </w:p>
    <w:p w14:paraId="223F6088" w14:textId="77777777" w:rsidR="004A5359" w:rsidRDefault="0014264C">
      <w:pPr>
        <w:jc w:val="both"/>
      </w:pPr>
      <w:r>
        <w:t>różnego rodzaju instrumentami;</w:t>
      </w:r>
    </w:p>
    <w:p w14:paraId="7467152C" w14:textId="77777777" w:rsidR="004A5359" w:rsidRDefault="0014264C">
      <w:pPr>
        <w:jc w:val="both"/>
      </w:pPr>
      <w:r>
        <w:t>10. piaskownic, wyposażonych w różnorodne foremki, akcesoria oraz elementy o różnych</w:t>
      </w:r>
    </w:p>
    <w:p w14:paraId="31A43C09" w14:textId="77777777" w:rsidR="004A5359" w:rsidRDefault="0014264C">
      <w:pPr>
        <w:jc w:val="both"/>
      </w:pPr>
      <w:r>
        <w:t>kolorach, kształtach i fakturach, wspierające rozwój kreatywności, motoryki małej oraz</w:t>
      </w:r>
    </w:p>
    <w:p w14:paraId="049FF346" w14:textId="77777777" w:rsidR="004A5359" w:rsidRDefault="0014264C">
      <w:pPr>
        <w:jc w:val="both"/>
      </w:pPr>
      <w:r>
        <w:t>wyobraźni;</w:t>
      </w:r>
    </w:p>
    <w:p w14:paraId="07447B48" w14:textId="77777777" w:rsidR="004A5359" w:rsidRDefault="0014264C">
      <w:pPr>
        <w:jc w:val="both"/>
      </w:pPr>
      <w:r>
        <w:t>11. zjeżdżalni, huśtawek i urządzeń do wspinania, rozwijających sprawność fizyczną,</w:t>
      </w:r>
    </w:p>
    <w:p w14:paraId="693A2B22" w14:textId="77777777" w:rsidR="004A5359" w:rsidRDefault="0014264C">
      <w:pPr>
        <w:jc w:val="both"/>
      </w:pPr>
      <w:r>
        <w:t>koordynację ruchową, równowagę oraz odwagę;</w:t>
      </w:r>
    </w:p>
    <w:p w14:paraId="7795971B" w14:textId="77777777" w:rsidR="004A5359" w:rsidRDefault="0014264C">
      <w:pPr>
        <w:jc w:val="both"/>
      </w:pPr>
      <w:r>
        <w:t>12. toru przeszkód, pozwalającego dzieciom doskonalić sprawność, orientację przestrzenną,</w:t>
      </w:r>
    </w:p>
    <w:p w14:paraId="40D2EC42" w14:textId="77777777" w:rsidR="004A5359" w:rsidRDefault="0014264C">
      <w:pPr>
        <w:jc w:val="both"/>
      </w:pPr>
      <w:r>
        <w:t>koordynację oraz planowanie ruchu;</w:t>
      </w:r>
    </w:p>
    <w:p w14:paraId="76BE66C8" w14:textId="77777777" w:rsidR="004A5359" w:rsidRDefault="0014264C">
      <w:pPr>
        <w:jc w:val="both"/>
      </w:pPr>
      <w:r>
        <w:t>13. kół obrotowych i innych urządzeń ruchowych, wspierających rozwój motoryki dużej,</w:t>
      </w:r>
    </w:p>
    <w:p w14:paraId="0179F973" w14:textId="77777777" w:rsidR="004A5359" w:rsidRDefault="0014264C">
      <w:pPr>
        <w:jc w:val="both"/>
      </w:pPr>
      <w:r>
        <w:t>równowagi i świadomości własnego ciała;</w:t>
      </w:r>
    </w:p>
    <w:p w14:paraId="3F636EBE" w14:textId="77777777" w:rsidR="004A5359" w:rsidRDefault="0014264C">
      <w:pPr>
        <w:jc w:val="both"/>
      </w:pPr>
      <w:r>
        <w:t>14. innych miejsc i urządzeń umożliwiających dzieciom podejmowanie aktywności ruchowej,</w:t>
      </w:r>
    </w:p>
    <w:p w14:paraId="649C512E" w14:textId="77777777" w:rsidR="004A5359" w:rsidRDefault="0014264C">
      <w:pPr>
        <w:jc w:val="both"/>
      </w:pPr>
      <w:r>
        <w:t>konstrukcyjnej, sensorycznej, przyrodniczej i twórczej.</w:t>
      </w:r>
    </w:p>
    <w:p w14:paraId="5BE33511" w14:textId="77777777" w:rsidR="004A5359" w:rsidRDefault="0014264C">
      <w:pPr>
        <w:jc w:val="both"/>
      </w:pPr>
      <w:r>
        <w:t>• mini studio ceramiczne / garncarskie, wyposażone w odpowiednie narzędzia i materiały do</w:t>
      </w:r>
    </w:p>
    <w:p w14:paraId="3677A179" w14:textId="77777777" w:rsidR="004A5359" w:rsidRDefault="0014264C">
      <w:pPr>
        <w:jc w:val="both"/>
      </w:pPr>
      <w:r>
        <w:t>pracy z gliną, w którym dzieci mogą bezpośrednio doświadczać i poznawać właściwości gliny,</w:t>
      </w:r>
    </w:p>
    <w:p w14:paraId="267A5FB2" w14:textId="77777777" w:rsidR="004A5359" w:rsidRDefault="0014264C">
      <w:pPr>
        <w:jc w:val="both"/>
      </w:pPr>
      <w:r>
        <w:t>lepić, ugniatać, wałkować, formować oraz tworzyć własne prace. Przestrzeń ta umożliwia</w:t>
      </w:r>
    </w:p>
    <w:p w14:paraId="3FB6071B" w14:textId="77777777" w:rsidR="004A5359" w:rsidRDefault="0014264C">
      <w:pPr>
        <w:jc w:val="both"/>
      </w:pPr>
      <w:r>
        <w:t>dzieciom rozwijanie kreatywności, wyobraźni, sprawności manualnej i koordynacji wzrokowo-</w:t>
      </w:r>
    </w:p>
    <w:p w14:paraId="453B6FAC" w14:textId="77777777" w:rsidR="004A5359" w:rsidRDefault="0014264C">
      <w:pPr>
        <w:jc w:val="both"/>
      </w:pPr>
      <w:r>
        <w:t>ruchowej, a także poznawanie podstawowych technik ceramicznych poprzez bezpośrednie</w:t>
      </w:r>
    </w:p>
    <w:p w14:paraId="143803A9" w14:textId="77777777" w:rsidR="004A5359" w:rsidRDefault="0014264C">
      <w:pPr>
        <w:jc w:val="both"/>
      </w:pPr>
      <w:r>
        <w:t>działanie i eksperymentowanie. Studio wyposażone jest w różnorodne narzędzia do pracy z gliną,</w:t>
      </w:r>
    </w:p>
    <w:p w14:paraId="43F12CA2" w14:textId="77777777" w:rsidR="004A5359" w:rsidRDefault="0014264C">
      <w:pPr>
        <w:jc w:val="both"/>
      </w:pPr>
      <w:r>
        <w:t>w tym m.in. wałki, foremki, stemple, narzędzia do modelowania i inne akcesoria ceramiczne</w:t>
      </w:r>
    </w:p>
    <w:p w14:paraId="164A0C36" w14:textId="77777777" w:rsidR="004A5359" w:rsidRDefault="0014264C">
      <w:pPr>
        <w:jc w:val="both"/>
      </w:pPr>
      <w:r>
        <w:t>dostosowane do wieku i możliwości dzieci;</w:t>
      </w:r>
    </w:p>
    <w:p w14:paraId="31C3206D" w14:textId="77777777" w:rsidR="004A5359" w:rsidRDefault="0014264C">
      <w:pPr>
        <w:jc w:val="both"/>
      </w:pPr>
      <w:r>
        <w:t>Teren przedszkolny jest organizowany w sposób umożliwiający dzieciom swobodną zabawę,</w:t>
      </w:r>
    </w:p>
    <w:p w14:paraId="25BFC0E7" w14:textId="77777777" w:rsidR="004A5359" w:rsidRDefault="0014264C">
      <w:pPr>
        <w:jc w:val="both"/>
      </w:pPr>
      <w:r>
        <w:t>podejmowanie własnych inicjatyw, eksperymentowanie, rozwijanie samodzielności oraz</w:t>
      </w:r>
    </w:p>
    <w:p w14:paraId="48582673" w14:textId="77777777" w:rsidR="004A5359" w:rsidRDefault="0014264C">
      <w:pPr>
        <w:jc w:val="both"/>
      </w:pPr>
      <w:r>
        <w:t>zdobywanie wiedzy poprzez bezpośrednie działanie i doświadczanie. Różnorodność dostępnych</w:t>
      </w:r>
    </w:p>
    <w:p w14:paraId="78C7DD05" w14:textId="77777777" w:rsidR="004A5359" w:rsidRDefault="0014264C">
      <w:pPr>
        <w:jc w:val="both"/>
      </w:pPr>
      <w:r>
        <w:t>aktywności pozwala dzieciom rozwijać zainteresowania, kreatywność, sprawność fizyczną,</w:t>
      </w:r>
    </w:p>
    <w:p w14:paraId="26770174" w14:textId="77777777" w:rsidR="004A5359" w:rsidRDefault="0014264C">
      <w:pPr>
        <w:jc w:val="both"/>
      </w:pPr>
      <w:r>
        <w:lastRenderedPageBreak/>
        <w:t>umiejętności społeczne oraz poczucie odpowiedzialności za otaczające je środowisko.</w:t>
      </w:r>
    </w:p>
    <w:p w14:paraId="3E7F83B3" w14:textId="77777777" w:rsidR="004A5359" w:rsidRDefault="0014264C">
      <w:pPr>
        <w:jc w:val="both"/>
      </w:pPr>
      <w:r>
        <w:t>2. Archiwum przedszkolne znajduje się w biurze Dyrektora Przedszkola.</w:t>
      </w:r>
    </w:p>
    <w:p w14:paraId="3CEC4B96" w14:textId="77777777" w:rsidR="004A5359" w:rsidRDefault="0014264C">
      <w:pPr>
        <w:jc w:val="both"/>
      </w:pPr>
      <w:r>
        <w:t>3. Odpowiedzialnym za stan i wyposażenie w/w pomieszczeń jest w Dyrektor, który składa</w:t>
      </w:r>
    </w:p>
    <w:p w14:paraId="501C8000" w14:textId="77777777" w:rsidR="004A5359" w:rsidRDefault="0014264C">
      <w:pPr>
        <w:jc w:val="both"/>
      </w:pPr>
      <w:r>
        <w:t>tę odpowiedzialność na poszczególnych nauczycieli, pracowników administracyjno-</w:t>
      </w:r>
    </w:p>
    <w:p w14:paraId="706756EA" w14:textId="77777777" w:rsidR="004A5359" w:rsidRDefault="0014264C">
      <w:pPr>
        <w:jc w:val="both"/>
      </w:pPr>
      <w:r>
        <w:t>obsługowych, opiekunów tych pomieszczeń.</w:t>
      </w:r>
    </w:p>
    <w:p w14:paraId="477E43D2" w14:textId="77777777" w:rsidR="004A5359" w:rsidRDefault="0014264C">
      <w:pPr>
        <w:jc w:val="both"/>
      </w:pPr>
      <w:r>
        <w:t>4. Szczegółowy zakres odpowiedzialności za mienie przedszkola określa Dyrektor</w:t>
      </w:r>
    </w:p>
    <w:p w14:paraId="51FCB005" w14:textId="77777777" w:rsidR="004A5359" w:rsidRDefault="0014264C">
      <w:pPr>
        <w:jc w:val="both"/>
      </w:pPr>
      <w:r>
        <w:t>przedszkola, przy czym ustalenia Dyrektora nie mogą naruszać obowiązujących w tym</w:t>
      </w:r>
    </w:p>
    <w:p w14:paraId="65F99CC3" w14:textId="77777777" w:rsidR="004A5359" w:rsidRDefault="0014264C">
      <w:pPr>
        <w:jc w:val="both"/>
      </w:pPr>
      <w:r>
        <w:t>zakresie przepisów prawa.</w:t>
      </w:r>
    </w:p>
    <w:p w14:paraId="33FFC2BA" w14:textId="77777777" w:rsidR="004A5359" w:rsidRDefault="0014264C">
      <w:pPr>
        <w:pStyle w:val="Heading1"/>
        <w:jc w:val="both"/>
      </w:pPr>
      <w:bookmarkStart w:id="5" w:name="_Toc239453181"/>
      <w:r>
        <w:t>ROZDZIAŁ V</w:t>
      </w:r>
      <w:bookmarkEnd w:id="5"/>
    </w:p>
    <w:p w14:paraId="75DE23E5" w14:textId="77777777" w:rsidR="004A5359" w:rsidRDefault="0014264C">
      <w:pPr>
        <w:jc w:val="both"/>
      </w:pPr>
      <w:r>
        <w:t>NAUCZYCIELE I INNI PRACOWNICY PRZEDSZKOLA</w:t>
      </w:r>
    </w:p>
    <w:p w14:paraId="66140F96" w14:textId="77777777" w:rsidR="004A5359" w:rsidRDefault="0014264C">
      <w:pPr>
        <w:pStyle w:val="Heading2"/>
        <w:jc w:val="both"/>
      </w:pPr>
      <w:r>
        <w:t>§ 13.</w:t>
      </w:r>
    </w:p>
    <w:p w14:paraId="2AA6D006" w14:textId="77777777" w:rsidR="004A5359" w:rsidRDefault="0014264C">
      <w:pPr>
        <w:jc w:val="both"/>
      </w:pPr>
      <w:r>
        <w:t>1. Przedszkole w Redzie przy ul. Miłosza 13 zatrudnia nauczycieli wychowania</w:t>
      </w:r>
    </w:p>
    <w:p w14:paraId="5C874A8C" w14:textId="77777777" w:rsidR="004A5359" w:rsidRDefault="0014264C">
      <w:pPr>
        <w:jc w:val="both"/>
      </w:pPr>
      <w:r>
        <w:t>przedszkolnego.</w:t>
      </w:r>
    </w:p>
    <w:p w14:paraId="4D43CAEE" w14:textId="77777777" w:rsidR="004A5359" w:rsidRDefault="0014264C">
      <w:pPr>
        <w:jc w:val="both"/>
      </w:pPr>
      <w:r>
        <w:t>2. Zasady zatrudniania nauczycieli reguluje ustawa kodeksu pracy.</w:t>
      </w:r>
    </w:p>
    <w:p w14:paraId="3CCCDFC8" w14:textId="77777777" w:rsidR="004A5359" w:rsidRDefault="0014264C">
      <w:pPr>
        <w:jc w:val="both"/>
      </w:pPr>
      <w:r>
        <w:t>3. Kwalifikacje nauczycieli, a także zasady ich wynagradzania określa zawarta umową o pracę</w:t>
      </w:r>
    </w:p>
    <w:p w14:paraId="1AB1D4E6" w14:textId="77777777" w:rsidR="004A5359" w:rsidRDefault="0014264C">
      <w:pPr>
        <w:jc w:val="both"/>
      </w:pPr>
      <w:r>
        <w:t>i zawarte w niej warunki zatrudnienia</w:t>
      </w:r>
    </w:p>
    <w:p w14:paraId="33413BD8" w14:textId="77777777" w:rsidR="004A5359" w:rsidRDefault="0014264C">
      <w:pPr>
        <w:jc w:val="both"/>
      </w:pPr>
      <w:r>
        <w:t>4. Do zadań wszystkich pracowników przedszkola należy:</w:t>
      </w:r>
    </w:p>
    <w:p w14:paraId="68A1A176" w14:textId="77777777" w:rsidR="004A5359" w:rsidRDefault="0014264C">
      <w:pPr>
        <w:jc w:val="both"/>
      </w:pPr>
      <w:r>
        <w:t>1. sumienne i staranne wykonywanie pracy,</w:t>
      </w:r>
    </w:p>
    <w:p w14:paraId="1BBC1D76" w14:textId="77777777" w:rsidR="004A5359" w:rsidRDefault="0014264C">
      <w:pPr>
        <w:jc w:val="both"/>
      </w:pPr>
      <w:r>
        <w:t>2. przestrzeganie czasu pracy ustalonego w placówce,</w:t>
      </w:r>
    </w:p>
    <w:p w14:paraId="1AC2F96F" w14:textId="77777777" w:rsidR="004A5359" w:rsidRDefault="0014264C">
      <w:pPr>
        <w:jc w:val="both"/>
      </w:pPr>
      <w:r>
        <w:t>3. przestrzeganie regulaminu pracy i ustalonego w zakładzie porządku,</w:t>
      </w:r>
    </w:p>
    <w:p w14:paraId="44E7C854" w14:textId="77777777" w:rsidR="004A5359" w:rsidRDefault="0014264C">
      <w:pPr>
        <w:jc w:val="both"/>
      </w:pPr>
      <w:r>
        <w:t>4. przestrzeganie przepisów oraz zasad bezpieczeństwa i higieny pracy, a także</w:t>
      </w:r>
    </w:p>
    <w:p w14:paraId="0AFD106A" w14:textId="77777777" w:rsidR="004A5359" w:rsidRDefault="0014264C">
      <w:pPr>
        <w:jc w:val="both"/>
      </w:pPr>
      <w:r>
        <w:t>przepisów pożarowych,</w:t>
      </w:r>
    </w:p>
    <w:p w14:paraId="296B7A71" w14:textId="77777777" w:rsidR="004A5359" w:rsidRDefault="0014264C">
      <w:pPr>
        <w:jc w:val="both"/>
      </w:pPr>
      <w:r>
        <w:t>5. dbanie o dobro zakładu pracy, chronienie jego mienia,</w:t>
      </w:r>
    </w:p>
    <w:p w14:paraId="1B4502EA" w14:textId="77777777" w:rsidR="004A5359" w:rsidRDefault="0014264C">
      <w:pPr>
        <w:jc w:val="both"/>
      </w:pPr>
      <w:r>
        <w:t>6. przestrzeganie w zakładzie pracy zasad współżycia społecznego.</w:t>
      </w:r>
    </w:p>
    <w:p w14:paraId="418D97E2" w14:textId="77777777" w:rsidR="004A5359" w:rsidRDefault="0014264C">
      <w:pPr>
        <w:pStyle w:val="Heading2"/>
        <w:jc w:val="both"/>
      </w:pPr>
      <w:r>
        <w:t>§ 14.</w:t>
      </w:r>
    </w:p>
    <w:p w14:paraId="7008A0E0" w14:textId="77777777" w:rsidR="004A5359" w:rsidRDefault="0014264C">
      <w:pPr>
        <w:jc w:val="both"/>
      </w:pPr>
      <w:r>
        <w:t>1. Nauczyciel w swoich działaniach wychowawczych, dydaktycznych, opiekuńczych ma za</w:t>
      </w:r>
    </w:p>
    <w:p w14:paraId="1610A12C" w14:textId="77777777" w:rsidR="004A5359" w:rsidRDefault="0014264C">
      <w:pPr>
        <w:jc w:val="both"/>
      </w:pPr>
      <w:r>
        <w:lastRenderedPageBreak/>
        <w:t>zadanie kierowanie się dobrem dzieci, dbałością o ich bezpieczeństwo i troską o ich</w:t>
      </w:r>
    </w:p>
    <w:p w14:paraId="1703C8C3" w14:textId="77777777" w:rsidR="004A5359" w:rsidRDefault="0014264C">
      <w:pPr>
        <w:jc w:val="both"/>
      </w:pPr>
      <w:r>
        <w:t>zdrowie, poszanowanie godności osobistej dziecka.</w:t>
      </w:r>
    </w:p>
    <w:p w14:paraId="0739A807" w14:textId="77777777" w:rsidR="004A5359" w:rsidRDefault="0014264C">
      <w:pPr>
        <w:jc w:val="both"/>
      </w:pPr>
      <w:r>
        <w:t>2. Nauczyciel planuje i prowadzi pracę wychowawczo-dydaktyczną w powierzonym oddziale</w:t>
      </w:r>
    </w:p>
    <w:p w14:paraId="49EFB716" w14:textId="77777777" w:rsidR="004A5359" w:rsidRDefault="0014264C">
      <w:pPr>
        <w:jc w:val="both"/>
      </w:pPr>
      <w:r>
        <w:t>przedszkolnym i odpowiada za jej jakość.</w:t>
      </w:r>
    </w:p>
    <w:p w14:paraId="0C4F96B8" w14:textId="77777777" w:rsidR="004A5359" w:rsidRDefault="0014264C">
      <w:pPr>
        <w:jc w:val="both"/>
      </w:pPr>
      <w:r>
        <w:t>3. Nauczyciel opracowuje samodzielnie bądź we współpracy z innymi nauczycielami program</w:t>
      </w:r>
    </w:p>
    <w:p w14:paraId="6455CE82" w14:textId="77777777" w:rsidR="004A5359" w:rsidRDefault="0014264C">
      <w:pPr>
        <w:jc w:val="both"/>
      </w:pPr>
      <w:r>
        <w:t>wychowania w przedszkolu oraz wnioskuje do dyrektora o dopuszczenie go do użytku.</w:t>
      </w:r>
    </w:p>
    <w:p w14:paraId="4AE03DDF" w14:textId="77777777" w:rsidR="004A5359" w:rsidRDefault="0014264C">
      <w:pPr>
        <w:jc w:val="both"/>
      </w:pPr>
      <w:r>
        <w:t>Może również zaproponować program opracowany przez innego autora. Przeprowadza</w:t>
      </w:r>
    </w:p>
    <w:p w14:paraId="17B27C64" w14:textId="77777777" w:rsidR="004A5359" w:rsidRDefault="0014264C">
      <w:pPr>
        <w:jc w:val="both"/>
      </w:pPr>
      <w:r>
        <w:t>diagnozę przedszkolną swoich wychowanków. Realizuje zajęcia opiekuńczo-wychowawcze,</w:t>
      </w:r>
    </w:p>
    <w:p w14:paraId="355ABCC7" w14:textId="77777777" w:rsidR="004A5359" w:rsidRDefault="0014264C">
      <w:pPr>
        <w:jc w:val="both"/>
      </w:pPr>
      <w:r>
        <w:t>uwzględniając potrzeby i zainteresowania dzieci.</w:t>
      </w:r>
    </w:p>
    <w:p w14:paraId="7508FDD3" w14:textId="77777777" w:rsidR="004A5359" w:rsidRDefault="0014264C">
      <w:pPr>
        <w:jc w:val="both"/>
      </w:pPr>
      <w:r>
        <w:t>4. Nauczyciel współpracuje z instytucjami świadczącymi pomoc psychologiczno-</w:t>
      </w:r>
    </w:p>
    <w:p w14:paraId="74FE7831" w14:textId="77777777" w:rsidR="004A5359" w:rsidRDefault="0014264C">
      <w:pPr>
        <w:jc w:val="both"/>
      </w:pPr>
      <w:r>
        <w:t>pedagogiczną i innymi specjalistami.</w:t>
      </w:r>
    </w:p>
    <w:p w14:paraId="6155E968" w14:textId="77777777" w:rsidR="004A5359" w:rsidRDefault="0014264C">
      <w:pPr>
        <w:jc w:val="both"/>
      </w:pPr>
      <w:r>
        <w:t>5. Nauczyciel jest zobowiązany współpracować z rodzicami dzieci.</w:t>
      </w:r>
    </w:p>
    <w:p w14:paraId="37E8337E" w14:textId="77777777" w:rsidR="004A5359" w:rsidRDefault="0014264C">
      <w:pPr>
        <w:jc w:val="both"/>
      </w:pPr>
      <w:r>
        <w:t>6. Nauczyciela zatrudnionego w pełnym wymiarze zajęć obowiązuje 5-dniowy tydzień pracy.</w:t>
      </w:r>
    </w:p>
    <w:p w14:paraId="620C3426" w14:textId="77777777" w:rsidR="004A5359" w:rsidRDefault="0014264C">
      <w:pPr>
        <w:jc w:val="both"/>
      </w:pPr>
      <w:r>
        <w:t>7. Nauczyciel wykonujący zajęcia wychowawczo-dydaktyczne lub opiekuńcze w dniu wolnym</w:t>
      </w:r>
    </w:p>
    <w:p w14:paraId="09398BAC" w14:textId="77777777" w:rsidR="004A5359" w:rsidRDefault="0014264C">
      <w:pPr>
        <w:jc w:val="both"/>
      </w:pPr>
      <w:r>
        <w:t>od pracy otrzymuje w zamian inny dzień wolny od pracy. W szczególnie uzasadnionych</w:t>
      </w:r>
    </w:p>
    <w:p w14:paraId="7FAFEE3E" w14:textId="77777777" w:rsidR="004A5359" w:rsidRDefault="0014264C">
      <w:pPr>
        <w:jc w:val="both"/>
      </w:pPr>
      <w:r>
        <w:t>przypadkach zamiast dnia wolnego nauczyciel otrzymuje odrębne wynagrodzenie.</w:t>
      </w:r>
    </w:p>
    <w:p w14:paraId="1B53B989" w14:textId="77777777" w:rsidR="004A5359" w:rsidRDefault="0014264C">
      <w:pPr>
        <w:jc w:val="both"/>
      </w:pPr>
      <w:r>
        <w:t>8. Nauczyciele przedszkola tworzą zespół, którego cele i zadania obejmują:</w:t>
      </w:r>
    </w:p>
    <w:p w14:paraId="76017DBB" w14:textId="77777777" w:rsidR="004A5359" w:rsidRDefault="0014264C">
      <w:pPr>
        <w:jc w:val="both"/>
      </w:pPr>
      <w:r>
        <w:t>1. współpracę służącą uzgodnieniu sposobów realizacji programów wychowania</w:t>
      </w:r>
    </w:p>
    <w:p w14:paraId="32415B48" w14:textId="77777777" w:rsidR="004A5359" w:rsidRDefault="0014264C">
      <w:pPr>
        <w:jc w:val="both"/>
      </w:pPr>
      <w:r>
        <w:t>przedszkolnego i korelowania ich treści,</w:t>
      </w:r>
    </w:p>
    <w:p w14:paraId="1057A5D0" w14:textId="77777777" w:rsidR="004A5359" w:rsidRDefault="0014264C">
      <w:pPr>
        <w:jc w:val="both"/>
      </w:pPr>
      <w:r>
        <w:t>2. wspólne opracowanie szczegółowych kryteriów obserwacji dziecka oraz</w:t>
      </w:r>
    </w:p>
    <w:p w14:paraId="0D80C913" w14:textId="77777777" w:rsidR="004A5359" w:rsidRDefault="0014264C">
      <w:pPr>
        <w:jc w:val="both"/>
      </w:pPr>
      <w:r>
        <w:t>sposobów ewaluacji pracy opiekuńczo-edukacyjnej,</w:t>
      </w:r>
    </w:p>
    <w:p w14:paraId="20AE8D56" w14:textId="77777777" w:rsidR="004A5359" w:rsidRDefault="0014264C">
      <w:pPr>
        <w:jc w:val="both"/>
      </w:pPr>
      <w:r>
        <w:t>3. organizowanie wewnątrz przedszkolnego doskonalenia zawodowego,</w:t>
      </w:r>
    </w:p>
    <w:p w14:paraId="6370CEE4" w14:textId="77777777" w:rsidR="004A5359" w:rsidRDefault="0014264C">
      <w:pPr>
        <w:jc w:val="both"/>
      </w:pPr>
      <w:r>
        <w:t>4. współdziałanie w organizowaniu sal zajęć, kącików zainteresowań, a także w</w:t>
      </w:r>
    </w:p>
    <w:p w14:paraId="79BDF8EF" w14:textId="77777777" w:rsidR="004A5359" w:rsidRDefault="0014264C">
      <w:pPr>
        <w:jc w:val="both"/>
      </w:pPr>
      <w:r>
        <w:t>uzupełnianiu ich wyposażenia</w:t>
      </w:r>
    </w:p>
    <w:p w14:paraId="0803EF8D" w14:textId="77777777" w:rsidR="004A5359" w:rsidRDefault="0014264C">
      <w:pPr>
        <w:jc w:val="both"/>
      </w:pPr>
      <w:r>
        <w:t>5. opiniowanie przygotowanych w przedszkolu autorskich programów wychowania</w:t>
      </w:r>
    </w:p>
    <w:p w14:paraId="1A09981E" w14:textId="77777777" w:rsidR="004A5359" w:rsidRDefault="0014264C">
      <w:pPr>
        <w:jc w:val="both"/>
      </w:pPr>
      <w:r>
        <w:t>przedszkolnego.</w:t>
      </w:r>
    </w:p>
    <w:p w14:paraId="7D1D6A98" w14:textId="77777777" w:rsidR="004A5359" w:rsidRDefault="0014264C">
      <w:pPr>
        <w:jc w:val="both"/>
      </w:pPr>
      <w:r>
        <w:lastRenderedPageBreak/>
        <w:t>9. Inne zadania nauczycieli:</w:t>
      </w:r>
    </w:p>
    <w:p w14:paraId="6C8F5628" w14:textId="77777777" w:rsidR="004A5359" w:rsidRDefault="0014264C">
      <w:pPr>
        <w:jc w:val="both"/>
      </w:pPr>
      <w:r>
        <w:t>1. wspieranie rozwoju psychofizycznego dziecka, jego zdolności i zainteresowań,</w:t>
      </w:r>
    </w:p>
    <w:p w14:paraId="51E92FFF" w14:textId="77777777" w:rsidR="004A5359" w:rsidRDefault="0014264C">
      <w:pPr>
        <w:jc w:val="both"/>
      </w:pPr>
      <w:r>
        <w:t>2. prowadzenie obserwacji pedagogicznych mających na celu poznanie możliwości</w:t>
      </w:r>
    </w:p>
    <w:p w14:paraId="79E32007" w14:textId="77777777" w:rsidR="004A5359" w:rsidRDefault="0014264C">
      <w:pPr>
        <w:jc w:val="both"/>
      </w:pPr>
      <w:r>
        <w:t>i potrzeb rozwojowych dzieci oraz dokumentowanie tych obserwacji,</w:t>
      </w:r>
    </w:p>
    <w:p w14:paraId="195096F2" w14:textId="77777777" w:rsidR="004A5359" w:rsidRDefault="0014264C">
      <w:pPr>
        <w:jc w:val="both"/>
      </w:pPr>
      <w:r>
        <w:t>3. prowadzenie analizy gotowości dziecka do podjęcia nauki w szkole (diagnoza</w:t>
      </w:r>
    </w:p>
    <w:p w14:paraId="43BB72B1" w14:textId="77777777" w:rsidR="004A5359" w:rsidRDefault="0014264C">
      <w:pPr>
        <w:jc w:val="both"/>
      </w:pPr>
      <w:r>
        <w:t>przedszkolna) z początkiem roku poprzedzającego rozpoczęcie przez dziecko</w:t>
      </w:r>
    </w:p>
    <w:p w14:paraId="092BD3A9" w14:textId="77777777" w:rsidR="004A5359" w:rsidRDefault="0014264C">
      <w:pPr>
        <w:jc w:val="both"/>
      </w:pPr>
      <w:r>
        <w:t>nauki w klasie I szkoły podstawowej,</w:t>
      </w:r>
    </w:p>
    <w:p w14:paraId="7163A853" w14:textId="77777777" w:rsidR="004A5359" w:rsidRDefault="0014264C">
      <w:pPr>
        <w:jc w:val="both"/>
      </w:pPr>
      <w:r>
        <w:t>4. współpraca ze specjalistami świadczącymi kwalifikowaną pomoc</w:t>
      </w:r>
    </w:p>
    <w:p w14:paraId="173D5F42" w14:textId="77777777" w:rsidR="004A5359" w:rsidRDefault="0014264C">
      <w:pPr>
        <w:jc w:val="both"/>
      </w:pPr>
      <w:r>
        <w:t>psychologiczno-pedagogiczną, zdrowotną i inną,</w:t>
      </w:r>
    </w:p>
    <w:p w14:paraId="287C180E" w14:textId="77777777" w:rsidR="004A5359" w:rsidRDefault="0014264C">
      <w:pPr>
        <w:jc w:val="both"/>
      </w:pPr>
      <w:r>
        <w:t>5.  planowanie własnego rozwoju zawodowego – systematyczne podnoszenie</w:t>
      </w:r>
    </w:p>
    <w:p w14:paraId="3BB3A9F4" w14:textId="77777777" w:rsidR="004A5359" w:rsidRDefault="0014264C">
      <w:pPr>
        <w:jc w:val="both"/>
      </w:pPr>
      <w:r>
        <w:t>swoich kwalifikacji zawodowych przez aktywne uczestnictwo w rożnych</w:t>
      </w:r>
    </w:p>
    <w:p w14:paraId="768BB973" w14:textId="77777777" w:rsidR="004A5359" w:rsidRDefault="0014264C">
      <w:pPr>
        <w:jc w:val="both"/>
      </w:pPr>
      <w:r>
        <w:t>formach doskonalenia zawodowego,</w:t>
      </w:r>
    </w:p>
    <w:p w14:paraId="69565960" w14:textId="77777777" w:rsidR="004A5359" w:rsidRDefault="0014264C">
      <w:pPr>
        <w:jc w:val="both"/>
      </w:pPr>
      <w:r>
        <w:t>6. dbałość o warsztat pracy przez gromadzenie pomocy naukowych oraz troska o</w:t>
      </w:r>
    </w:p>
    <w:p w14:paraId="30AFA798" w14:textId="77777777" w:rsidR="004A5359" w:rsidRDefault="0014264C">
      <w:pPr>
        <w:jc w:val="both"/>
      </w:pPr>
      <w:r>
        <w:t>estetykę pomieszczeń,</w:t>
      </w:r>
    </w:p>
    <w:p w14:paraId="5DBD4563" w14:textId="77777777" w:rsidR="004A5359" w:rsidRDefault="0014264C">
      <w:pPr>
        <w:jc w:val="both"/>
      </w:pPr>
      <w:r>
        <w:t>7. eliminowanie przyczyn niepowodzeń dzieci,</w:t>
      </w:r>
    </w:p>
    <w:p w14:paraId="411BD8A2" w14:textId="77777777" w:rsidR="004A5359" w:rsidRDefault="0014264C">
      <w:pPr>
        <w:jc w:val="both"/>
      </w:pPr>
      <w:r>
        <w:t>8. współdziałanie z rodzicami w sprawach wychowania i nauczania dzieci z</w:t>
      </w:r>
    </w:p>
    <w:p w14:paraId="64528761" w14:textId="77777777" w:rsidR="004A5359" w:rsidRDefault="0014264C">
      <w:pPr>
        <w:jc w:val="both"/>
      </w:pPr>
      <w:r>
        <w:t>uwzględnieniem prawa rodziców do znajomości zadań wynikających w</w:t>
      </w:r>
    </w:p>
    <w:p w14:paraId="4D208DD9" w14:textId="77777777" w:rsidR="004A5359" w:rsidRDefault="0014264C">
      <w:pPr>
        <w:jc w:val="both"/>
      </w:pPr>
      <w:r>
        <w:t>szczególności z programu wychowania przedszkolnego realizowanego w danym</w:t>
      </w:r>
    </w:p>
    <w:p w14:paraId="74EE901A" w14:textId="77777777" w:rsidR="004A5359" w:rsidRDefault="0014264C">
      <w:pPr>
        <w:jc w:val="both"/>
      </w:pPr>
      <w:r>
        <w:t>oddziale i uzyskiwania informacji dotyczących dziecka, jego zachowania i</w:t>
      </w:r>
    </w:p>
    <w:p w14:paraId="7F1B2037" w14:textId="77777777" w:rsidR="004A5359" w:rsidRDefault="0014264C">
      <w:pPr>
        <w:jc w:val="both"/>
      </w:pPr>
      <w:r>
        <w:t>rozwoju m. in. przez organizację zebrań grupowych, zajęć otwartych, zajęć</w:t>
      </w:r>
    </w:p>
    <w:p w14:paraId="4EAFD80A" w14:textId="77777777" w:rsidR="004A5359" w:rsidRDefault="0014264C">
      <w:pPr>
        <w:jc w:val="both"/>
      </w:pPr>
      <w:r>
        <w:t>adaptacyjnych dla dzieci nowo przyjętych, kontaktów indywidualnych,</w:t>
      </w:r>
    </w:p>
    <w:p w14:paraId="4AFFCD6D" w14:textId="77777777" w:rsidR="004A5359" w:rsidRDefault="0014264C">
      <w:pPr>
        <w:jc w:val="both"/>
      </w:pPr>
      <w:r>
        <w:t>wspólnego świętowania, kącika dla rodziców oraz innych uroczystości, w</w:t>
      </w:r>
    </w:p>
    <w:p w14:paraId="5278A79D" w14:textId="77777777" w:rsidR="004A5359" w:rsidRDefault="0014264C">
      <w:pPr>
        <w:jc w:val="both"/>
      </w:pPr>
      <w:r>
        <w:t>których mogą brać udział zainteresowani rodzice,</w:t>
      </w:r>
    </w:p>
    <w:p w14:paraId="79C303C7" w14:textId="77777777" w:rsidR="004A5359" w:rsidRDefault="0014264C">
      <w:pPr>
        <w:jc w:val="both"/>
      </w:pPr>
      <w:r>
        <w:t>9. prowadzenie dokumentacji przebiegu nauczania, działalności wychowawczej i</w:t>
      </w:r>
    </w:p>
    <w:p w14:paraId="4974F004" w14:textId="77777777" w:rsidR="004A5359" w:rsidRDefault="0014264C">
      <w:pPr>
        <w:jc w:val="both"/>
      </w:pPr>
      <w:r>
        <w:t>opiekuńczej zgodnie z obowiązującymi przepisami,</w:t>
      </w:r>
    </w:p>
    <w:p w14:paraId="262893B5" w14:textId="77777777" w:rsidR="004A5359" w:rsidRDefault="0014264C">
      <w:pPr>
        <w:jc w:val="both"/>
      </w:pPr>
      <w:r>
        <w:t>10. realizacja zaleceń dyrektora i uprawnionych osób kontrolujących,</w:t>
      </w:r>
    </w:p>
    <w:p w14:paraId="7DB760D0" w14:textId="77777777" w:rsidR="004A5359" w:rsidRDefault="0014264C">
      <w:pPr>
        <w:jc w:val="both"/>
      </w:pPr>
      <w:r>
        <w:lastRenderedPageBreak/>
        <w:t>11. inicjowanie i organizowanie imprez o charakterze dydaktycznym,</w:t>
      </w:r>
    </w:p>
    <w:p w14:paraId="7F0A1880" w14:textId="77777777" w:rsidR="004A5359" w:rsidRDefault="0014264C">
      <w:pPr>
        <w:jc w:val="both"/>
      </w:pPr>
      <w:r>
        <w:t>wychowawczym,  turystycznym, kulturalnym lub rekreacyjno-sportowym,</w:t>
      </w:r>
    </w:p>
    <w:p w14:paraId="415AD9F7" w14:textId="77777777" w:rsidR="004A5359" w:rsidRDefault="0014264C">
      <w:pPr>
        <w:jc w:val="both"/>
      </w:pPr>
      <w:r>
        <w:t>12. poddawanie się ocenie pracy przeprowadzonej zgodnie z obowiązującymi w tym</w:t>
      </w:r>
    </w:p>
    <w:p w14:paraId="5568AF1F" w14:textId="77777777" w:rsidR="004A5359" w:rsidRDefault="0014264C">
      <w:pPr>
        <w:jc w:val="both"/>
      </w:pPr>
      <w:r>
        <w:t>zakresie przepisami prawa,</w:t>
      </w:r>
    </w:p>
    <w:p w14:paraId="2C1322A9" w14:textId="77777777" w:rsidR="004A5359" w:rsidRDefault="0014264C">
      <w:pPr>
        <w:jc w:val="both"/>
      </w:pPr>
      <w:r>
        <w:t>13. współdziałanie nauczycieli w oddziale w zakresie planowania pracy</w:t>
      </w:r>
    </w:p>
    <w:p w14:paraId="75258489" w14:textId="77777777" w:rsidR="004A5359" w:rsidRDefault="0014264C">
      <w:pPr>
        <w:jc w:val="both"/>
      </w:pPr>
      <w:r>
        <w:t>wychowawczo-dydaktycznej, jednolitego oddziaływania oraz wzajemne</w:t>
      </w:r>
    </w:p>
    <w:p w14:paraId="3B5A5F20" w14:textId="77777777" w:rsidR="004A5359" w:rsidRDefault="0014264C">
      <w:pPr>
        <w:jc w:val="both"/>
      </w:pPr>
      <w:r>
        <w:t>przekazywanie informacji dotyczących dzieci,</w:t>
      </w:r>
    </w:p>
    <w:p w14:paraId="15002312" w14:textId="77777777" w:rsidR="004A5359" w:rsidRDefault="0014264C">
      <w:pPr>
        <w:jc w:val="both"/>
      </w:pPr>
      <w:r>
        <w:t>14. współpraca z nauczycielami  zajęć dodatkowych,</w:t>
      </w:r>
    </w:p>
    <w:p w14:paraId="414E3837" w14:textId="77777777" w:rsidR="004A5359" w:rsidRDefault="0014264C">
      <w:pPr>
        <w:jc w:val="both"/>
      </w:pPr>
      <w:r>
        <w:t>15. otaczanie indywidualną opieką każdego dziecka i utrzymywanie kontaktu z ich</w:t>
      </w:r>
    </w:p>
    <w:p w14:paraId="70CF652D" w14:textId="77777777" w:rsidR="004A5359" w:rsidRDefault="0014264C">
      <w:pPr>
        <w:jc w:val="both"/>
      </w:pPr>
      <w:r>
        <w:t>rodzicami w celu:</w:t>
      </w:r>
    </w:p>
    <w:p w14:paraId="5F696F53" w14:textId="77777777" w:rsidR="004A5359" w:rsidRDefault="0014264C">
      <w:pPr>
        <w:jc w:val="both"/>
      </w:pPr>
      <w:r>
        <w:t>1) poznania i ustalenia potrzeb rozwojowych ich dzieci,</w:t>
      </w:r>
    </w:p>
    <w:p w14:paraId="6AE0A648" w14:textId="77777777" w:rsidR="004A5359" w:rsidRDefault="0014264C">
      <w:pPr>
        <w:jc w:val="both"/>
      </w:pPr>
      <w:r>
        <w:t>2) ustalenia formy pomocy w działaniach wychowawczych wobec dziecka,</w:t>
      </w:r>
    </w:p>
    <w:p w14:paraId="4757FDE9" w14:textId="77777777" w:rsidR="004A5359" w:rsidRDefault="0014264C">
      <w:pPr>
        <w:jc w:val="both"/>
      </w:pPr>
      <w:r>
        <w:t>3) włączenia ich w działalność przedszkola,</w:t>
      </w:r>
    </w:p>
    <w:p w14:paraId="15B4A0E6" w14:textId="77777777" w:rsidR="004A5359" w:rsidRDefault="0014264C">
      <w:pPr>
        <w:jc w:val="both"/>
      </w:pPr>
      <w:r>
        <w:t>16. prowadzenie pracy wychowawczo-dydaktycznej i opiekuńczej zgodnie z</w:t>
      </w:r>
    </w:p>
    <w:p w14:paraId="4D8D5572" w14:textId="77777777" w:rsidR="004A5359" w:rsidRDefault="0014264C">
      <w:pPr>
        <w:jc w:val="both"/>
      </w:pPr>
      <w:r>
        <w:t>obowiązującymi programami nauczania, odpowiedzialność za jakość i wyniki tej pracy,</w:t>
      </w:r>
    </w:p>
    <w:p w14:paraId="4213D19A" w14:textId="77777777" w:rsidR="004A5359" w:rsidRDefault="0014264C">
      <w:pPr>
        <w:jc w:val="both"/>
      </w:pPr>
      <w:r>
        <w:t>17. szanowanie godności dziecka i respektowanie jego praw,</w:t>
      </w:r>
    </w:p>
    <w:p w14:paraId="0D5CDCF6" w14:textId="77777777" w:rsidR="004A5359" w:rsidRDefault="0014264C">
      <w:pPr>
        <w:jc w:val="both"/>
      </w:pPr>
      <w:r>
        <w:t>18. korzystanie w swojej pracy merytorycznej i metodycznej z pomocy Dyrektora,</w:t>
      </w:r>
    </w:p>
    <w:p w14:paraId="3E957EF1" w14:textId="77777777" w:rsidR="004A5359" w:rsidRDefault="0014264C">
      <w:pPr>
        <w:jc w:val="both"/>
      </w:pPr>
      <w:r>
        <w:t>wyspecjalizowanych placówek i instytucji naukowo-oświatowych,</w:t>
      </w:r>
    </w:p>
    <w:p w14:paraId="0833B886" w14:textId="77777777" w:rsidR="004A5359" w:rsidRDefault="0014264C">
      <w:pPr>
        <w:jc w:val="both"/>
      </w:pPr>
      <w:r>
        <w:t>19. udział w pracach zespołów ds. ewaluacji wewnętrznej,</w:t>
      </w:r>
    </w:p>
    <w:p w14:paraId="433A9F68" w14:textId="77777777" w:rsidR="004A5359" w:rsidRDefault="0014264C">
      <w:pPr>
        <w:jc w:val="both"/>
      </w:pPr>
      <w:r>
        <w:t>20. realizacja innych zadań zleconych przez Dyrektora przedszkola, a wynikających z</w:t>
      </w:r>
    </w:p>
    <w:p w14:paraId="3B02317F" w14:textId="77777777" w:rsidR="004A5359" w:rsidRDefault="0014264C">
      <w:pPr>
        <w:jc w:val="both"/>
      </w:pPr>
      <w:r>
        <w:t>bieżącej działalności placówki.</w:t>
      </w:r>
    </w:p>
    <w:p w14:paraId="5E31B15F" w14:textId="77777777" w:rsidR="004A5359" w:rsidRDefault="0014264C">
      <w:pPr>
        <w:pStyle w:val="Heading2"/>
        <w:jc w:val="both"/>
      </w:pPr>
      <w:r>
        <w:t>§ 15.</w:t>
      </w:r>
    </w:p>
    <w:p w14:paraId="336E7A5B" w14:textId="77777777" w:rsidR="004A5359" w:rsidRDefault="0014264C">
      <w:pPr>
        <w:jc w:val="both"/>
      </w:pPr>
      <w:r>
        <w:t>1. Do zadań psychologa w przedszkolu należy w szczególności:</w:t>
      </w:r>
    </w:p>
    <w:p w14:paraId="3058BDAA" w14:textId="77777777" w:rsidR="004A5359" w:rsidRDefault="0014264C">
      <w:pPr>
        <w:jc w:val="both"/>
      </w:pPr>
      <w:r>
        <w:t>1. prowadzenie działań i badań diagnostycznych dzieci, w tym diagnozowanie</w:t>
      </w:r>
    </w:p>
    <w:p w14:paraId="5770FCF8" w14:textId="77777777" w:rsidR="004A5359" w:rsidRDefault="0014264C">
      <w:pPr>
        <w:jc w:val="both"/>
      </w:pPr>
      <w:r>
        <w:t>indywidualnych potrzeb rozwojowych i edukacyjnych oraz możliwości</w:t>
      </w:r>
    </w:p>
    <w:p w14:paraId="24A5AA9C" w14:textId="77777777" w:rsidR="004A5359" w:rsidRDefault="0014264C">
      <w:pPr>
        <w:jc w:val="both"/>
      </w:pPr>
      <w:r>
        <w:t>psychofizycznych dzieci w celu określenia przyczyn niepowodzeń edukacyjnych</w:t>
      </w:r>
    </w:p>
    <w:p w14:paraId="028EE776" w14:textId="77777777" w:rsidR="004A5359" w:rsidRDefault="0014264C">
      <w:pPr>
        <w:jc w:val="both"/>
      </w:pPr>
      <w:r>
        <w:lastRenderedPageBreak/>
        <w:t>oraz wspieranie mocnych stron dzieci,</w:t>
      </w:r>
    </w:p>
    <w:p w14:paraId="3F52439A" w14:textId="77777777" w:rsidR="004A5359" w:rsidRDefault="0014264C">
      <w:pPr>
        <w:jc w:val="both"/>
      </w:pPr>
      <w:r>
        <w:t>2. diagnozowanie sytuacji wychowawczych w przedszkolu w celu rozwiązywania</w:t>
      </w:r>
    </w:p>
    <w:p w14:paraId="51F84B74" w14:textId="77777777" w:rsidR="004A5359" w:rsidRDefault="0014264C">
      <w:pPr>
        <w:jc w:val="both"/>
      </w:pPr>
      <w:r>
        <w:t>problemów wychowawczych oraz wspierania rozwoju dziecka,</w:t>
      </w:r>
    </w:p>
    <w:p w14:paraId="3D73902F" w14:textId="77777777" w:rsidR="004A5359" w:rsidRDefault="0014264C">
      <w:pPr>
        <w:jc w:val="both"/>
      </w:pPr>
      <w:r>
        <w:t>3. udzielanie pomocy psychologiczno-pedagogicznej w formach odpowiednich do</w:t>
      </w:r>
    </w:p>
    <w:p w14:paraId="156F3C42" w14:textId="77777777" w:rsidR="004A5359" w:rsidRDefault="0014264C">
      <w:pPr>
        <w:jc w:val="both"/>
      </w:pPr>
      <w:r>
        <w:t>rozpoznawanych potrzeb,</w:t>
      </w:r>
    </w:p>
    <w:p w14:paraId="67677A01" w14:textId="77777777" w:rsidR="004A5359" w:rsidRDefault="0014264C">
      <w:pPr>
        <w:jc w:val="both"/>
      </w:pPr>
      <w:r>
        <w:t>4. podejmowanie działań z zakresu profilaktyki uzależnień i innych problemów</w:t>
      </w:r>
    </w:p>
    <w:p w14:paraId="07C063E4" w14:textId="77777777" w:rsidR="004A5359" w:rsidRDefault="0014264C">
      <w:pPr>
        <w:jc w:val="both"/>
      </w:pPr>
      <w:r>
        <w:t>dzieci,</w:t>
      </w:r>
    </w:p>
    <w:p w14:paraId="7AC4C80A" w14:textId="77777777" w:rsidR="004A5359" w:rsidRDefault="0014264C">
      <w:pPr>
        <w:jc w:val="both"/>
      </w:pPr>
      <w:r>
        <w:t>5. minimalizowanie skutków zaburzeń rozwojowych, zapobieganie zaburzeniom</w:t>
      </w:r>
    </w:p>
    <w:p w14:paraId="6A3B19E5" w14:textId="77777777" w:rsidR="004A5359" w:rsidRDefault="0014264C">
      <w:pPr>
        <w:jc w:val="both"/>
      </w:pPr>
      <w:r>
        <w:t>zachowania oraz inicjowanie różnych form pomocy w środowisku</w:t>
      </w:r>
    </w:p>
    <w:p w14:paraId="785D668A" w14:textId="77777777" w:rsidR="004A5359" w:rsidRDefault="0014264C">
      <w:pPr>
        <w:jc w:val="both"/>
      </w:pPr>
      <w:r>
        <w:t>przedszkolnym i poza przedszkolnym,</w:t>
      </w:r>
    </w:p>
    <w:p w14:paraId="3233C21B" w14:textId="77777777" w:rsidR="004A5359" w:rsidRDefault="0014264C">
      <w:pPr>
        <w:jc w:val="both"/>
      </w:pPr>
      <w:r>
        <w:t>6. inicjowanie i prowadzenie działań mediacyjnych i interwencyjnych w sytuacjach</w:t>
      </w:r>
    </w:p>
    <w:p w14:paraId="06AA56F6" w14:textId="77777777" w:rsidR="004A5359" w:rsidRDefault="0014264C">
      <w:pPr>
        <w:jc w:val="both"/>
      </w:pPr>
      <w:r>
        <w:t>kryzysowych,</w:t>
      </w:r>
    </w:p>
    <w:p w14:paraId="4FD6C3FA" w14:textId="77777777" w:rsidR="004A5359" w:rsidRDefault="0014264C">
      <w:pPr>
        <w:jc w:val="both"/>
      </w:pPr>
      <w:r>
        <w:t>7. pomoc rodzicom i nauczycielom w rozpoznawaniu indywidualnych możliwości,</w:t>
      </w:r>
    </w:p>
    <w:p w14:paraId="7D2938E4" w14:textId="77777777" w:rsidR="004A5359" w:rsidRDefault="0014264C">
      <w:pPr>
        <w:jc w:val="both"/>
      </w:pPr>
      <w:r>
        <w:t>predyspozycji i uzdolnień dzieci,</w:t>
      </w:r>
    </w:p>
    <w:p w14:paraId="31787253" w14:textId="77777777" w:rsidR="004A5359" w:rsidRDefault="0014264C">
      <w:pPr>
        <w:jc w:val="both"/>
      </w:pPr>
      <w:r>
        <w:t>8. wspieranie nauczycieli i innych specjalistów w udzielaniu pomocy</w:t>
      </w:r>
    </w:p>
    <w:p w14:paraId="74C6986A" w14:textId="77777777" w:rsidR="004A5359" w:rsidRDefault="0014264C">
      <w:pPr>
        <w:jc w:val="both"/>
      </w:pPr>
      <w:r>
        <w:t>psychologiczno- pedagogicznej.</w:t>
      </w:r>
    </w:p>
    <w:p w14:paraId="01D2188B" w14:textId="77777777" w:rsidR="004A5359" w:rsidRDefault="0014264C">
      <w:pPr>
        <w:jc w:val="both"/>
      </w:pPr>
      <w:r>
        <w:t>2. Do zadań logopedy w przedszkolu należy w szczególności:</w:t>
      </w:r>
    </w:p>
    <w:p w14:paraId="74042DB0" w14:textId="77777777" w:rsidR="004A5359" w:rsidRDefault="0014264C">
      <w:pPr>
        <w:jc w:val="both"/>
      </w:pPr>
      <w:r>
        <w:t>1. diagnozowanie logopedyczne, w tym prowadzenie badań przesiewowych w celu</w:t>
      </w:r>
    </w:p>
    <w:p w14:paraId="5F59A4AF" w14:textId="77777777" w:rsidR="004A5359" w:rsidRDefault="0014264C">
      <w:pPr>
        <w:jc w:val="both"/>
      </w:pPr>
      <w:r>
        <w:t>ustalenia stanu mowy dziecka,</w:t>
      </w:r>
    </w:p>
    <w:p w14:paraId="0D0FC623" w14:textId="77777777" w:rsidR="004A5359" w:rsidRDefault="0014264C">
      <w:pPr>
        <w:jc w:val="both"/>
      </w:pPr>
      <w:r>
        <w:t>2. prowadzenie zajęć logopedycznych oraz porad i konsultacji dla dzieci i rodziców</w:t>
      </w:r>
    </w:p>
    <w:p w14:paraId="3130EA28" w14:textId="77777777" w:rsidR="004A5359" w:rsidRDefault="0014264C">
      <w:pPr>
        <w:jc w:val="both"/>
      </w:pPr>
      <w:r>
        <w:t>w zakresie stymulacji rozwoju mowy dzieci i eliminowania jej zaburzeń,</w:t>
      </w:r>
    </w:p>
    <w:p w14:paraId="3C93D846" w14:textId="77777777" w:rsidR="004A5359" w:rsidRDefault="0014264C">
      <w:pPr>
        <w:jc w:val="both"/>
      </w:pPr>
      <w:r>
        <w:t>3. podejmowanie działań profilaktycznych zapobiegających powstawaniu zaburzeń</w:t>
      </w:r>
    </w:p>
    <w:p w14:paraId="0EDCC3CF" w14:textId="77777777" w:rsidR="004A5359" w:rsidRDefault="0014264C">
      <w:pPr>
        <w:jc w:val="both"/>
      </w:pPr>
      <w:r>
        <w:t>komunikacji językowej we współpracy z rodzicami dzieci,</w:t>
      </w:r>
    </w:p>
    <w:p w14:paraId="46508F86" w14:textId="77777777" w:rsidR="004A5359" w:rsidRDefault="0014264C">
      <w:pPr>
        <w:jc w:val="both"/>
      </w:pPr>
      <w:r>
        <w:t>4. wspieranie nauczycieli i innych specjalistów w udzielaniu pomocy</w:t>
      </w:r>
    </w:p>
    <w:p w14:paraId="1B9EF1C8" w14:textId="77777777" w:rsidR="004A5359" w:rsidRDefault="0014264C">
      <w:pPr>
        <w:jc w:val="both"/>
      </w:pPr>
      <w:r>
        <w:t>psychologiczno- pedagogicznej.</w:t>
      </w:r>
    </w:p>
    <w:p w14:paraId="3BAE40ED" w14:textId="77777777" w:rsidR="004A5359" w:rsidRDefault="0014264C">
      <w:pPr>
        <w:jc w:val="both"/>
      </w:pPr>
      <w:r>
        <w:t>3. Do zadań terapeuty pedagogicznego należy w szczególności:</w:t>
      </w:r>
    </w:p>
    <w:p w14:paraId="26FD9193" w14:textId="77777777" w:rsidR="004A5359" w:rsidRDefault="0014264C">
      <w:pPr>
        <w:jc w:val="both"/>
      </w:pPr>
      <w:r>
        <w:lastRenderedPageBreak/>
        <w:t>1. prowadzenie badań i działań diagnostycznych dzieci z zaburzeniami i</w:t>
      </w:r>
    </w:p>
    <w:p w14:paraId="68C68732" w14:textId="77777777" w:rsidR="004A5359" w:rsidRDefault="0014264C">
      <w:pPr>
        <w:jc w:val="both"/>
      </w:pPr>
      <w:r>
        <w:t>odchyleniami rozwojowymi lub specyficznymi trudnościami w uczeniu się,</w:t>
      </w:r>
    </w:p>
    <w:p w14:paraId="233D7E5B" w14:textId="77777777" w:rsidR="004A5359" w:rsidRDefault="0014264C">
      <w:pPr>
        <w:jc w:val="both"/>
      </w:pPr>
      <w:r>
        <w:t>2. prowadzenie zajęć korekcyjno-kompensacyjnych oraz innych zajęć o charakterze</w:t>
      </w:r>
    </w:p>
    <w:p w14:paraId="09251FD6" w14:textId="77777777" w:rsidR="004A5359" w:rsidRDefault="0014264C">
      <w:pPr>
        <w:jc w:val="both"/>
      </w:pPr>
      <w:r>
        <w:t>terapeutycznym,</w:t>
      </w:r>
    </w:p>
    <w:p w14:paraId="7042FFC0" w14:textId="77777777" w:rsidR="004A5359" w:rsidRDefault="0014264C">
      <w:pPr>
        <w:jc w:val="both"/>
      </w:pPr>
      <w:r>
        <w:t>3. podejmowanie działań profilaktycznych zapobiegających niepowodzeniom</w:t>
      </w:r>
    </w:p>
    <w:p w14:paraId="555A4CA1" w14:textId="77777777" w:rsidR="004A5359" w:rsidRDefault="0014264C">
      <w:pPr>
        <w:jc w:val="both"/>
      </w:pPr>
      <w:r>
        <w:t>edukacyjnym dzieci, we współpracy z rodzicami dzieci,</w:t>
      </w:r>
    </w:p>
    <w:p w14:paraId="043A9B47" w14:textId="77777777" w:rsidR="004A5359" w:rsidRDefault="0014264C">
      <w:pPr>
        <w:jc w:val="both"/>
      </w:pPr>
      <w:r>
        <w:t>4. wspieranie nauczycieli i innych specjalistów w udzielaniu pomocy</w:t>
      </w:r>
    </w:p>
    <w:p w14:paraId="57639DA7" w14:textId="77777777" w:rsidR="004A5359" w:rsidRDefault="0014264C">
      <w:pPr>
        <w:jc w:val="both"/>
      </w:pPr>
      <w:r>
        <w:t>psychologiczno- pedagogicznej.</w:t>
      </w:r>
    </w:p>
    <w:p w14:paraId="23A3E59D" w14:textId="77777777" w:rsidR="004A5359" w:rsidRDefault="0014264C">
      <w:pPr>
        <w:pStyle w:val="Heading2"/>
        <w:jc w:val="both"/>
      </w:pPr>
      <w:r>
        <w:t>§ 16.</w:t>
      </w:r>
    </w:p>
    <w:p w14:paraId="61AC789F" w14:textId="77777777" w:rsidR="004A5359" w:rsidRDefault="0014264C">
      <w:pPr>
        <w:jc w:val="both"/>
      </w:pPr>
      <w:r>
        <w:t>1. Dyrektor powierza poszczególne grupy opiece jednego lub dwóch nauczycieli, zależnie  od</w:t>
      </w:r>
    </w:p>
    <w:p w14:paraId="309C5BA2" w14:textId="77777777" w:rsidR="004A5359" w:rsidRDefault="0014264C">
      <w:pPr>
        <w:jc w:val="both"/>
      </w:pPr>
      <w:r>
        <w:t>czasu pracy lub realizowanych zadań oraz z uwzględnieniem propozycji rodziców.</w:t>
      </w:r>
    </w:p>
    <w:p w14:paraId="79741098" w14:textId="77777777" w:rsidR="004A5359" w:rsidRDefault="0014264C">
      <w:pPr>
        <w:jc w:val="both"/>
      </w:pPr>
      <w:r>
        <w:t>2. Dla zapewnienia ciągłości i skuteczności pracy wychowawczej i dydaktycznej, nauczyciel</w:t>
      </w:r>
    </w:p>
    <w:p w14:paraId="74AD80A4" w14:textId="77777777" w:rsidR="004A5359" w:rsidRDefault="0014264C">
      <w:pPr>
        <w:jc w:val="both"/>
      </w:pPr>
      <w:r>
        <w:t>opiekuje się daną grupą  przez cały okres uczęszczania dzieci do przedszkola.</w:t>
      </w:r>
    </w:p>
    <w:p w14:paraId="3F2D034C" w14:textId="77777777" w:rsidR="004A5359" w:rsidRDefault="0014264C">
      <w:pPr>
        <w:jc w:val="both"/>
      </w:pPr>
      <w:r>
        <w:t>3. Dyrektor może dokonać zmiany wychowawcy w przypadku gdy:</w:t>
      </w:r>
    </w:p>
    <w:p w14:paraId="3CE44DDB" w14:textId="77777777" w:rsidR="004A5359" w:rsidRDefault="0014264C">
      <w:pPr>
        <w:jc w:val="both"/>
      </w:pPr>
      <w:r>
        <w:t>1. sam nauczyciel wniesie stosowną prośbę do Dyrektora,</w:t>
      </w:r>
    </w:p>
    <w:p w14:paraId="1D8B9CD5" w14:textId="77777777" w:rsidR="004A5359" w:rsidRDefault="0014264C">
      <w:pPr>
        <w:jc w:val="both"/>
      </w:pPr>
      <w:r>
        <w:t>2. dyrektor sam podejmie  taką decyzję z przyczyn organizacyjnych,</w:t>
      </w:r>
    </w:p>
    <w:p w14:paraId="100C5BCB" w14:textId="77777777" w:rsidR="004A5359" w:rsidRDefault="0014264C">
      <w:pPr>
        <w:pStyle w:val="Heading2"/>
        <w:jc w:val="both"/>
      </w:pPr>
      <w:r>
        <w:t>§ 17.</w:t>
      </w:r>
    </w:p>
    <w:p w14:paraId="452A2801" w14:textId="77777777" w:rsidR="004A5359" w:rsidRDefault="0014264C">
      <w:pPr>
        <w:jc w:val="both"/>
      </w:pPr>
      <w:r>
        <w:t>1. Nauczyciele i rodzice współdziałają ze sobą. W sprawach wychowania i nauczania dzieci,</w:t>
      </w:r>
    </w:p>
    <w:p w14:paraId="7D4D7D1C" w14:textId="77777777" w:rsidR="004A5359" w:rsidRDefault="0014264C">
      <w:pPr>
        <w:jc w:val="both"/>
      </w:pPr>
      <w:r>
        <w:t>nauczyciele:</w:t>
      </w:r>
    </w:p>
    <w:p w14:paraId="20C597B4" w14:textId="77777777" w:rsidR="004A5359" w:rsidRDefault="0014264C">
      <w:pPr>
        <w:jc w:val="both"/>
      </w:pPr>
      <w:r>
        <w:t>1. zobowiązani są do przekazywania rodzicom rzetelnej i bieżącej informacji na</w:t>
      </w:r>
    </w:p>
    <w:p w14:paraId="5759AA08" w14:textId="77777777" w:rsidR="004A5359" w:rsidRDefault="0014264C">
      <w:pPr>
        <w:jc w:val="both"/>
      </w:pPr>
      <w:r>
        <w:t>temat realizowanego w  grupie programu wychowania przedszkolnego, a także</w:t>
      </w:r>
    </w:p>
    <w:p w14:paraId="25DCE659" w14:textId="77777777" w:rsidR="004A5359" w:rsidRDefault="0014264C">
      <w:pPr>
        <w:jc w:val="both"/>
      </w:pPr>
      <w:r>
        <w:t>rozwoju i zachowania ich dziecka,</w:t>
      </w:r>
    </w:p>
    <w:p w14:paraId="267DBE53" w14:textId="77777777" w:rsidR="004A5359" w:rsidRDefault="0014264C">
      <w:pPr>
        <w:jc w:val="both"/>
      </w:pPr>
      <w:r>
        <w:t>2. udzielają porad rodzicom  sprawach wychowania i dalszego kształcenia dziecka,</w:t>
      </w:r>
    </w:p>
    <w:p w14:paraId="40FB2F66" w14:textId="77777777" w:rsidR="004A5359" w:rsidRDefault="0014264C">
      <w:pPr>
        <w:jc w:val="both"/>
      </w:pPr>
      <w:r>
        <w:t>3. organizują pomoc psychologiczno-pedagogiczną i inną specjalistyczną,</w:t>
      </w:r>
    </w:p>
    <w:p w14:paraId="7F562D33" w14:textId="77777777" w:rsidR="004A5359" w:rsidRDefault="0014264C">
      <w:pPr>
        <w:jc w:val="both"/>
      </w:pPr>
      <w:r>
        <w:t>4. uwzględniają wspólnie z rodzicami kierunki i zakres zadań realizowanych w</w:t>
      </w:r>
    </w:p>
    <w:p w14:paraId="2810F2DE" w14:textId="77777777" w:rsidR="004A5359" w:rsidRDefault="0014264C">
      <w:pPr>
        <w:jc w:val="both"/>
      </w:pPr>
      <w:r>
        <w:t>przedszkolu</w:t>
      </w:r>
    </w:p>
    <w:p w14:paraId="2D41F382" w14:textId="77777777" w:rsidR="004A5359" w:rsidRDefault="0014264C">
      <w:pPr>
        <w:jc w:val="both"/>
      </w:pPr>
      <w:r>
        <w:t>2. Nauczyciele planują i prowadzą pracę wychowawczo-dydaktyczną w powierzonej w</w:t>
      </w:r>
    </w:p>
    <w:p w14:paraId="5627994B" w14:textId="77777777" w:rsidR="004A5359" w:rsidRDefault="0014264C">
      <w:pPr>
        <w:jc w:val="both"/>
      </w:pPr>
      <w:r>
        <w:lastRenderedPageBreak/>
        <w:t>grupie przedszkolnej  i odpowiadają za jej jakość.</w:t>
      </w:r>
    </w:p>
    <w:p w14:paraId="4830AEA2" w14:textId="77777777" w:rsidR="004A5359" w:rsidRDefault="0014264C">
      <w:pPr>
        <w:jc w:val="both"/>
      </w:pPr>
      <w:r>
        <w:t>3. Nauczyciel prowadzi i dokumentuje obserwację pedagogiczną dzieci, mając na celu</w:t>
      </w:r>
    </w:p>
    <w:p w14:paraId="0EA85545" w14:textId="77777777" w:rsidR="004A5359" w:rsidRDefault="0014264C">
      <w:pPr>
        <w:jc w:val="both"/>
      </w:pPr>
      <w:r>
        <w:t>poznanie i zabezpieczenie ich potrzeb rozwojowych poprzez:</w:t>
      </w:r>
    </w:p>
    <w:p w14:paraId="6ADBF86D" w14:textId="77777777" w:rsidR="004A5359" w:rsidRDefault="0014264C">
      <w:pPr>
        <w:jc w:val="both"/>
      </w:pPr>
      <w:r>
        <w:t>1. wywiad z rodzicem i dzieckiem,</w:t>
      </w:r>
    </w:p>
    <w:p w14:paraId="13D66EED" w14:textId="77777777" w:rsidR="004A5359" w:rsidRDefault="0014264C">
      <w:pPr>
        <w:jc w:val="both"/>
      </w:pPr>
      <w:r>
        <w:t>2. kartę obserwacji rozwoju dziecka, diagnozę dziecka realizującego roczny</w:t>
      </w:r>
    </w:p>
    <w:p w14:paraId="246A415B" w14:textId="77777777" w:rsidR="004A5359" w:rsidRDefault="0014264C">
      <w:pPr>
        <w:jc w:val="both"/>
      </w:pPr>
      <w:r>
        <w:t>obowiązek przygotowania przedszkolnego.</w:t>
      </w:r>
    </w:p>
    <w:p w14:paraId="1B5A0FEF" w14:textId="77777777" w:rsidR="004A5359" w:rsidRDefault="0014264C">
      <w:pPr>
        <w:jc w:val="both"/>
      </w:pPr>
      <w:r>
        <w:t>4.  Nauczyciel lub zespół nauczycieli przedstawia dyrektorowi program wychowania</w:t>
      </w:r>
    </w:p>
    <w:p w14:paraId="69220F6D" w14:textId="77777777" w:rsidR="004A5359" w:rsidRDefault="0014264C">
      <w:pPr>
        <w:jc w:val="both"/>
      </w:pPr>
      <w:r>
        <w:t>przedszkolnego na dany etap edukacyjny. Program wychowania przedszkolnego może</w:t>
      </w:r>
    </w:p>
    <w:p w14:paraId="5AB6AD00" w14:textId="77777777" w:rsidR="004A5359" w:rsidRDefault="0014264C">
      <w:pPr>
        <w:jc w:val="both"/>
      </w:pPr>
      <w:r>
        <w:t>obejmować treści nauczania wykraczające poza zakres treści nauczania ustalonych w</w:t>
      </w:r>
    </w:p>
    <w:p w14:paraId="2D17C220" w14:textId="77777777" w:rsidR="004A5359" w:rsidRDefault="0014264C">
      <w:pPr>
        <w:jc w:val="both"/>
      </w:pPr>
      <w:r>
        <w:t>podstawie programowej wychowania przedszkolnego. Program wychowania</w:t>
      </w:r>
    </w:p>
    <w:p w14:paraId="037F1966" w14:textId="77777777" w:rsidR="004A5359" w:rsidRDefault="0014264C">
      <w:pPr>
        <w:jc w:val="both"/>
      </w:pPr>
      <w:r>
        <w:t>przedszkolnego powinien być dostosowany do potrzeb i możliwości uczniów, dla których</w:t>
      </w:r>
    </w:p>
    <w:p w14:paraId="3DFE1461" w14:textId="77777777" w:rsidR="004A5359" w:rsidRDefault="0014264C">
      <w:pPr>
        <w:jc w:val="both"/>
      </w:pPr>
      <w:r>
        <w:t>jest przeznaczony. Dyrektor dopuszcza do użytku w przedszkolu przedstawiony przez</w:t>
      </w:r>
    </w:p>
    <w:p w14:paraId="57609B2A" w14:textId="77777777" w:rsidR="004A5359" w:rsidRDefault="0014264C">
      <w:pPr>
        <w:jc w:val="both"/>
      </w:pPr>
      <w:r>
        <w:t>nauczyciela lub zespół nauczycieli program wychowania przedszkolnego.</w:t>
      </w:r>
    </w:p>
    <w:p w14:paraId="302D7080" w14:textId="77777777" w:rsidR="004A5359" w:rsidRDefault="0014264C">
      <w:pPr>
        <w:jc w:val="both"/>
      </w:pPr>
      <w:r>
        <w:t>5. Ustala się następujące formy współdziałania nauczycieli z rodzicami oraz ich</w:t>
      </w:r>
    </w:p>
    <w:p w14:paraId="5A41BAF6" w14:textId="77777777" w:rsidR="004A5359" w:rsidRDefault="0014264C">
      <w:pPr>
        <w:jc w:val="both"/>
      </w:pPr>
      <w:r>
        <w:t>częstotliwość:</w:t>
      </w:r>
    </w:p>
    <w:p w14:paraId="26AE4EC1" w14:textId="77777777" w:rsidR="004A5359" w:rsidRDefault="0014264C">
      <w:pPr>
        <w:jc w:val="both"/>
      </w:pPr>
      <w:r>
        <w:t>1. w okresie letnim organizowane jest zebranie organizacyjne, w trakcie którego</w:t>
      </w:r>
    </w:p>
    <w:p w14:paraId="080FFE5C" w14:textId="77777777" w:rsidR="004A5359" w:rsidRDefault="0014264C">
      <w:pPr>
        <w:jc w:val="both"/>
      </w:pPr>
      <w:r>
        <w:t>Dyrektor zapoznaje rodziców ze statutem przedszkola, programem przedszkola</w:t>
      </w:r>
    </w:p>
    <w:p w14:paraId="689DC465" w14:textId="77777777" w:rsidR="004A5359" w:rsidRDefault="0014264C">
      <w:pPr>
        <w:jc w:val="both"/>
      </w:pPr>
      <w:r>
        <w:t>na dany rok szkolny, a nauczyciele z zestawami programów wychowania</w:t>
      </w:r>
    </w:p>
    <w:p w14:paraId="078440A5" w14:textId="77777777" w:rsidR="004A5359" w:rsidRDefault="0014264C">
      <w:pPr>
        <w:jc w:val="both"/>
      </w:pPr>
      <w:r>
        <w:t>przedszkolnego,</w:t>
      </w:r>
    </w:p>
    <w:p w14:paraId="77B0A745" w14:textId="77777777" w:rsidR="004A5359" w:rsidRDefault="0014264C">
      <w:pPr>
        <w:jc w:val="both"/>
      </w:pPr>
      <w:r>
        <w:t>2.  w miesiącu kwietniu rodzice dzieci realizujących roczny obowiązek</w:t>
      </w:r>
    </w:p>
    <w:p w14:paraId="4F0DFE26" w14:textId="77777777" w:rsidR="004A5359" w:rsidRDefault="0014264C">
      <w:pPr>
        <w:jc w:val="both"/>
      </w:pPr>
      <w:r>
        <w:t>przygotowania  przedszkolnego uzyskują pisemną informację o poziomie</w:t>
      </w:r>
    </w:p>
    <w:p w14:paraId="66DBC9D9" w14:textId="77777777" w:rsidR="004A5359" w:rsidRDefault="0014264C">
      <w:pPr>
        <w:jc w:val="both"/>
      </w:pPr>
      <w:r>
        <w:t>gotowości szkolnej dziecka i decydują o przekazaniu jej szkole, w której dziecko</w:t>
      </w:r>
    </w:p>
    <w:p w14:paraId="18DB8611" w14:textId="77777777" w:rsidR="004A5359" w:rsidRDefault="0014264C">
      <w:pPr>
        <w:jc w:val="both"/>
      </w:pPr>
      <w:r>
        <w:t>rozpocznie naukę,</w:t>
      </w:r>
    </w:p>
    <w:p w14:paraId="38B2F3CC" w14:textId="77777777" w:rsidR="004A5359" w:rsidRDefault="0014264C">
      <w:pPr>
        <w:jc w:val="both"/>
      </w:pPr>
      <w:r>
        <w:t>3. w miesiącu wrzeniu, oraz pod koniec roku szkolnego organizowane jest</w:t>
      </w:r>
    </w:p>
    <w:p w14:paraId="443FA6BC" w14:textId="77777777" w:rsidR="004A5359" w:rsidRDefault="0014264C">
      <w:pPr>
        <w:jc w:val="both"/>
      </w:pPr>
      <w:r>
        <w:t>spotkanie z rodzicami dla grup przedszkolnych realizujących roczny obowiązek</w:t>
      </w:r>
    </w:p>
    <w:p w14:paraId="58EC5B07" w14:textId="77777777" w:rsidR="004A5359" w:rsidRDefault="0014264C">
      <w:pPr>
        <w:jc w:val="both"/>
      </w:pPr>
      <w:r>
        <w:t>przygotowania  przedszkolnego.</w:t>
      </w:r>
    </w:p>
    <w:p w14:paraId="7E6D087C" w14:textId="77777777" w:rsidR="004A5359" w:rsidRDefault="0014264C">
      <w:pPr>
        <w:pStyle w:val="Heading2"/>
        <w:jc w:val="both"/>
      </w:pPr>
      <w:r>
        <w:lastRenderedPageBreak/>
        <w:t>§ 18.</w:t>
      </w:r>
    </w:p>
    <w:p w14:paraId="37EB814C" w14:textId="77777777" w:rsidR="004A5359" w:rsidRDefault="0014264C">
      <w:pPr>
        <w:jc w:val="both"/>
      </w:pPr>
      <w:r>
        <w:t>1. W przedszkolu zatrudnia się następujących pracowników na stanowiskach:</w:t>
      </w:r>
    </w:p>
    <w:p w14:paraId="60CC0B03" w14:textId="77777777" w:rsidR="004A5359" w:rsidRDefault="0014264C">
      <w:pPr>
        <w:jc w:val="both"/>
      </w:pPr>
      <w:r>
        <w:t>1. wicedyrektor</w:t>
      </w:r>
    </w:p>
    <w:p w14:paraId="0ECF5A18" w14:textId="77777777" w:rsidR="004A5359" w:rsidRDefault="0014264C">
      <w:pPr>
        <w:jc w:val="both"/>
      </w:pPr>
      <w:r>
        <w:t>2. nauczyciel wychowania przedszkolnego,</w:t>
      </w:r>
    </w:p>
    <w:p w14:paraId="43C002B1" w14:textId="77777777" w:rsidR="004A5359" w:rsidRDefault="0014264C">
      <w:pPr>
        <w:jc w:val="both"/>
      </w:pPr>
      <w:r>
        <w:t>3. pomoc nauczyciela,</w:t>
      </w:r>
    </w:p>
    <w:p w14:paraId="38340E14" w14:textId="77777777" w:rsidR="004A5359" w:rsidRDefault="0014264C">
      <w:pPr>
        <w:jc w:val="both"/>
      </w:pPr>
      <w:r>
        <w:t>4. pracownicy administracyjni.</w:t>
      </w:r>
    </w:p>
    <w:p w14:paraId="400CDD92" w14:textId="77777777" w:rsidR="004A5359" w:rsidRDefault="0014264C">
      <w:pPr>
        <w:jc w:val="both"/>
      </w:pPr>
      <w:r>
        <w:t>2. Zadaniami pracowników przedszkola jest zapewnienie sprawnego działania przedszkola,</w:t>
      </w:r>
    </w:p>
    <w:p w14:paraId="489D0EBE" w14:textId="77777777" w:rsidR="004A5359" w:rsidRDefault="0014264C">
      <w:pPr>
        <w:jc w:val="both"/>
      </w:pPr>
      <w:r>
        <w:t>zapewnienie bezpieczeństwa dzieciom, a także utrzymanie obiektu i jego otoczenia w ładzie</w:t>
      </w:r>
    </w:p>
    <w:p w14:paraId="4C4B6DA8" w14:textId="77777777" w:rsidR="004A5359" w:rsidRDefault="0014264C">
      <w:pPr>
        <w:jc w:val="both"/>
      </w:pPr>
      <w:r>
        <w:t>i czystości.</w:t>
      </w:r>
    </w:p>
    <w:p w14:paraId="04BAAFAF" w14:textId="77777777" w:rsidR="004A5359" w:rsidRDefault="0014264C">
      <w:pPr>
        <w:jc w:val="both"/>
      </w:pPr>
      <w:r>
        <w:t>3. Szczegółowe zakresy obowiązków tych pracowników ustala Dyrektor przedszkola.</w:t>
      </w:r>
    </w:p>
    <w:p w14:paraId="08F28466" w14:textId="77777777" w:rsidR="004A5359" w:rsidRDefault="0014264C">
      <w:pPr>
        <w:pStyle w:val="Heading1"/>
        <w:jc w:val="both"/>
      </w:pPr>
      <w:bookmarkStart w:id="6" w:name="_Toc239453182"/>
      <w:r>
        <w:t>ROZDZIAŁ VI</w:t>
      </w:r>
      <w:bookmarkEnd w:id="6"/>
    </w:p>
    <w:p w14:paraId="5ACDFCE4" w14:textId="77777777" w:rsidR="004A5359" w:rsidRDefault="0014264C">
      <w:pPr>
        <w:jc w:val="both"/>
      </w:pPr>
      <w:r>
        <w:t>WYCHOWANKOWIE PRZEDSZKOLA I ICH RODZICE</w:t>
      </w:r>
    </w:p>
    <w:p w14:paraId="2B6BADBE" w14:textId="77777777" w:rsidR="004A5359" w:rsidRDefault="0014264C">
      <w:pPr>
        <w:pStyle w:val="Heading2"/>
        <w:jc w:val="both"/>
      </w:pPr>
      <w:r>
        <w:t>§ 19.</w:t>
      </w:r>
    </w:p>
    <w:p w14:paraId="5CF50F9D" w14:textId="77777777" w:rsidR="004A5359" w:rsidRDefault="0014264C">
      <w:pPr>
        <w:jc w:val="both"/>
      </w:pPr>
      <w:r>
        <w:t>1. Rodzice mają prawo do:</w:t>
      </w:r>
    </w:p>
    <w:p w14:paraId="4064DFB7" w14:textId="77777777" w:rsidR="004A5359" w:rsidRDefault="0014264C">
      <w:pPr>
        <w:jc w:val="both"/>
      </w:pPr>
      <w:r>
        <w:t>1. udziału w różnych formach spotkań, tj. w zajęciach otwartych, w zebraniach</w:t>
      </w:r>
    </w:p>
    <w:p w14:paraId="78E7359C" w14:textId="77777777" w:rsidR="004A5359" w:rsidRDefault="0014264C">
      <w:pPr>
        <w:jc w:val="both"/>
      </w:pPr>
      <w:r>
        <w:t>organizacyjnych, prelekcjach specjalistycznych i warsztatach praktycznych,</w:t>
      </w:r>
    </w:p>
    <w:p w14:paraId="5900A279" w14:textId="77777777" w:rsidR="004A5359" w:rsidRDefault="0014264C">
      <w:pPr>
        <w:jc w:val="both"/>
      </w:pPr>
      <w:r>
        <w:t>imprezach wewnętrznych i środowiskowych (wg kalendarza imprez i</w:t>
      </w:r>
    </w:p>
    <w:p w14:paraId="0865DF17" w14:textId="77777777" w:rsidR="004A5359" w:rsidRDefault="0014264C">
      <w:pPr>
        <w:jc w:val="both"/>
      </w:pPr>
      <w:r>
        <w:t>uroczystości),</w:t>
      </w:r>
    </w:p>
    <w:p w14:paraId="472C34BF" w14:textId="77777777" w:rsidR="004A5359" w:rsidRDefault="0014264C">
      <w:pPr>
        <w:jc w:val="both"/>
      </w:pPr>
      <w:r>
        <w:t>2. konsultacji indywidualnych z wychowawcą,</w:t>
      </w:r>
    </w:p>
    <w:p w14:paraId="05F0507E" w14:textId="77777777" w:rsidR="004A5359" w:rsidRDefault="0014264C">
      <w:pPr>
        <w:jc w:val="both"/>
      </w:pPr>
      <w:r>
        <w:t>3. bezpośredniego uczestnictwa w codziennym życiu grupy,</w:t>
      </w:r>
    </w:p>
    <w:p w14:paraId="6F4CA1BA" w14:textId="77777777" w:rsidR="004A5359" w:rsidRDefault="0014264C">
      <w:pPr>
        <w:jc w:val="both"/>
      </w:pPr>
      <w:r>
        <w:t>4. wyrażania i przekazywania dyrektorowi uwag i opinii na temat pracy nauczycieli</w:t>
      </w:r>
    </w:p>
    <w:p w14:paraId="69E53FFF" w14:textId="77777777" w:rsidR="004A5359" w:rsidRDefault="0014264C">
      <w:pPr>
        <w:jc w:val="both"/>
      </w:pPr>
      <w:r>
        <w:t>i przedszkola.</w:t>
      </w:r>
    </w:p>
    <w:p w14:paraId="1AD51B57" w14:textId="77777777" w:rsidR="004A5359" w:rsidRDefault="0014264C">
      <w:pPr>
        <w:jc w:val="both"/>
      </w:pPr>
      <w:r>
        <w:t>2. Do podstawowych obowiązków rodziców dziecka należy:</w:t>
      </w:r>
    </w:p>
    <w:p w14:paraId="7C869C30" w14:textId="77777777" w:rsidR="004A5359" w:rsidRDefault="0014264C">
      <w:pPr>
        <w:jc w:val="both"/>
      </w:pPr>
      <w:r>
        <w:t>1. przestrzeganie niniejszego statutu,</w:t>
      </w:r>
    </w:p>
    <w:p w14:paraId="5322D77F" w14:textId="77777777" w:rsidR="004A5359" w:rsidRDefault="0014264C">
      <w:pPr>
        <w:jc w:val="both"/>
      </w:pPr>
      <w:r>
        <w:t>2. zapewnienie dziecku zaopatrzenia w niezbędne przedmioty, przybory i pomoce,</w:t>
      </w:r>
    </w:p>
    <w:p w14:paraId="7AB1F8ED" w14:textId="77777777" w:rsidR="004A5359" w:rsidRDefault="0014264C">
      <w:pPr>
        <w:jc w:val="both"/>
      </w:pPr>
      <w:r>
        <w:t>3. terminowe uiszczanie odpłatności za pobyt dziecka w przedszkolu,</w:t>
      </w:r>
    </w:p>
    <w:p w14:paraId="18A79B7A" w14:textId="77777777" w:rsidR="004A5359" w:rsidRDefault="0014264C">
      <w:pPr>
        <w:jc w:val="both"/>
      </w:pPr>
      <w:r>
        <w:lastRenderedPageBreak/>
        <w:t>4. przyprowadzanie i odbieranie dziecka z przedszkola lub zadbanie o</w:t>
      </w:r>
    </w:p>
    <w:p w14:paraId="71046910" w14:textId="77777777" w:rsidR="004A5359" w:rsidRDefault="0014264C">
      <w:pPr>
        <w:jc w:val="both"/>
      </w:pPr>
      <w:r>
        <w:t>upoważnienie do tego osoby zapewniającej dziecku pełne bezpieczeństwo,</w:t>
      </w:r>
    </w:p>
    <w:p w14:paraId="513F9188" w14:textId="77777777" w:rsidR="004A5359" w:rsidRDefault="0014264C">
      <w:pPr>
        <w:jc w:val="both"/>
      </w:pPr>
      <w:r>
        <w:t>5. niezwłoczne informowanie o nieobecności dziecka w przedszkolu.</w:t>
      </w:r>
    </w:p>
    <w:p w14:paraId="0EBEFF07" w14:textId="77777777" w:rsidR="004A5359" w:rsidRDefault="0014264C">
      <w:pPr>
        <w:pStyle w:val="Heading2"/>
        <w:jc w:val="both"/>
      </w:pPr>
      <w:r>
        <w:t>§ 20.</w:t>
      </w:r>
    </w:p>
    <w:p w14:paraId="504A633E" w14:textId="77777777" w:rsidR="004A5359" w:rsidRDefault="0014264C">
      <w:pPr>
        <w:jc w:val="both"/>
      </w:pPr>
      <w:r>
        <w:t>1. Wychowankami przedszkola są dzieci w wieku określonymi w niniejszym statucie.</w:t>
      </w:r>
    </w:p>
    <w:p w14:paraId="50CE2819" w14:textId="77777777" w:rsidR="004A5359" w:rsidRDefault="0014264C">
      <w:pPr>
        <w:jc w:val="both"/>
      </w:pPr>
      <w:r>
        <w:t>2. Wychowanek przedszkola ma prawo do:</w:t>
      </w:r>
    </w:p>
    <w:p w14:paraId="0FE53A7A" w14:textId="77777777" w:rsidR="004A5359" w:rsidRDefault="0014264C">
      <w:pPr>
        <w:jc w:val="both"/>
      </w:pPr>
      <w:r>
        <w:t>1. właściwie zorganizowanej opieki wychowawczej zapewniającej bezpieczeństwo,</w:t>
      </w:r>
    </w:p>
    <w:p w14:paraId="6801034E" w14:textId="77777777" w:rsidR="004A5359" w:rsidRDefault="0014264C">
      <w:pPr>
        <w:jc w:val="both"/>
      </w:pPr>
      <w:r>
        <w:t>ochronę przed przemocą,</w:t>
      </w:r>
    </w:p>
    <w:p w14:paraId="09E8AEE4" w14:textId="77777777" w:rsidR="004A5359" w:rsidRDefault="0014264C">
      <w:pPr>
        <w:jc w:val="both"/>
      </w:pPr>
      <w:r>
        <w:t>2. właściwie zorganizowanego procesu edukacyjnego, zgodnie z zasadami higieny</w:t>
      </w:r>
    </w:p>
    <w:p w14:paraId="3E8A155A" w14:textId="77777777" w:rsidR="004A5359" w:rsidRDefault="0014264C">
      <w:pPr>
        <w:jc w:val="both"/>
      </w:pPr>
      <w:r>
        <w:t>pracy umysłowej i własnego tempa rozwoju,</w:t>
      </w:r>
    </w:p>
    <w:p w14:paraId="52620432" w14:textId="77777777" w:rsidR="004A5359" w:rsidRDefault="0014264C">
      <w:pPr>
        <w:jc w:val="both"/>
      </w:pPr>
      <w:r>
        <w:t>3. swobody wyrażania myśli i przekonań w szczególności dotyczących życia</w:t>
      </w:r>
    </w:p>
    <w:p w14:paraId="1547DE97" w14:textId="77777777" w:rsidR="004A5359" w:rsidRDefault="0014264C">
      <w:pPr>
        <w:jc w:val="both"/>
      </w:pPr>
      <w:r>
        <w:t>przedszkolnego, religijnego oraz światopoglądu, jeśli nie narusza tym dobra</w:t>
      </w:r>
    </w:p>
    <w:p w14:paraId="0132F3F7" w14:textId="77777777" w:rsidR="004A5359" w:rsidRDefault="0014264C">
      <w:pPr>
        <w:jc w:val="both"/>
      </w:pPr>
      <w:r>
        <w:t>innych ludzi,</w:t>
      </w:r>
    </w:p>
    <w:p w14:paraId="1AC60B8C" w14:textId="77777777" w:rsidR="004A5359" w:rsidRDefault="0014264C">
      <w:pPr>
        <w:jc w:val="both"/>
      </w:pPr>
      <w:r>
        <w:t>4. rozwijania zainteresowań, zdolności i talentu,</w:t>
      </w:r>
    </w:p>
    <w:p w14:paraId="3AB5B1E8" w14:textId="77777777" w:rsidR="004A5359" w:rsidRDefault="0014264C">
      <w:pPr>
        <w:jc w:val="both"/>
      </w:pPr>
      <w:r>
        <w:t>5. sprawiedliwej, obiektywnej i jawnej oceny postępów w rozwoju</w:t>
      </w:r>
    </w:p>
    <w:p w14:paraId="6776F186" w14:textId="77777777" w:rsidR="004A5359" w:rsidRDefault="0014264C">
      <w:pPr>
        <w:jc w:val="both"/>
      </w:pPr>
      <w:r>
        <w:t>psychofizycznym,</w:t>
      </w:r>
    </w:p>
    <w:p w14:paraId="591C9AEA" w14:textId="77777777" w:rsidR="004A5359" w:rsidRDefault="0014264C">
      <w:pPr>
        <w:jc w:val="both"/>
      </w:pPr>
      <w:r>
        <w:t>6. pomocy w przypadku trudności rozwojowych.</w:t>
      </w:r>
    </w:p>
    <w:p w14:paraId="396FD8CD" w14:textId="77777777" w:rsidR="004A5359" w:rsidRDefault="0014264C">
      <w:pPr>
        <w:jc w:val="both"/>
      </w:pPr>
      <w:r>
        <w:t>3.  Wychowanek przedszkola zawsze ma prawo do:</w:t>
      </w:r>
    </w:p>
    <w:p w14:paraId="12DD097E" w14:textId="77777777" w:rsidR="004A5359" w:rsidRDefault="0014264C">
      <w:pPr>
        <w:jc w:val="both"/>
      </w:pPr>
      <w:r>
        <w:t>1. akceptacji takim jakim jest,</w:t>
      </w:r>
    </w:p>
    <w:p w14:paraId="44C1D228" w14:textId="77777777" w:rsidR="004A5359" w:rsidRDefault="0014264C">
      <w:pPr>
        <w:jc w:val="both"/>
      </w:pPr>
      <w:r>
        <w:t>2. spokoju i samotności, gdy tego potrzebuje,</w:t>
      </w:r>
    </w:p>
    <w:p w14:paraId="5AA828E3" w14:textId="77777777" w:rsidR="004A5359" w:rsidRDefault="0014264C">
      <w:pPr>
        <w:jc w:val="both"/>
      </w:pPr>
      <w:r>
        <w:t>3. aktywnej dyskusji z dziećmi i dorosłymi,</w:t>
      </w:r>
    </w:p>
    <w:p w14:paraId="00357CF0" w14:textId="77777777" w:rsidR="004A5359" w:rsidRDefault="0014264C">
      <w:pPr>
        <w:jc w:val="both"/>
      </w:pPr>
      <w:r>
        <w:t>4. aktywnego kształtowania kontaktów społecznych i otrzymywania w tym pomocy,</w:t>
      </w:r>
    </w:p>
    <w:p w14:paraId="1F06A8F4" w14:textId="77777777" w:rsidR="004A5359" w:rsidRDefault="0014264C">
      <w:pPr>
        <w:jc w:val="both"/>
      </w:pPr>
      <w:r>
        <w:t>5. zabawy i wyboru towarzyszy zabawy,</w:t>
      </w:r>
    </w:p>
    <w:p w14:paraId="5D8C6119" w14:textId="77777777" w:rsidR="004A5359" w:rsidRDefault="0014264C">
      <w:pPr>
        <w:jc w:val="both"/>
      </w:pPr>
      <w:r>
        <w:t>6. wypoczynku, jeśli jest zmęczony,</w:t>
      </w:r>
    </w:p>
    <w:p w14:paraId="6D75D6BE" w14:textId="77777777" w:rsidR="004A5359" w:rsidRDefault="0014264C">
      <w:pPr>
        <w:jc w:val="both"/>
      </w:pPr>
      <w:r>
        <w:t>7. jedzenia i picia, gdy jest głodny i spragniony,</w:t>
      </w:r>
    </w:p>
    <w:p w14:paraId="5CBC2EFB" w14:textId="77777777" w:rsidR="004A5359" w:rsidRDefault="0014264C">
      <w:pPr>
        <w:jc w:val="both"/>
      </w:pPr>
      <w:r>
        <w:t>8. zdrowego jedzenia.</w:t>
      </w:r>
    </w:p>
    <w:p w14:paraId="3A634C0B" w14:textId="77777777" w:rsidR="004A5359" w:rsidRDefault="0014264C">
      <w:pPr>
        <w:jc w:val="both"/>
      </w:pPr>
      <w:r>
        <w:lastRenderedPageBreak/>
        <w:t>4.  Wychowanek przedszkola ma obowiązek przestrzegania umów społecznych</w:t>
      </w:r>
    </w:p>
    <w:p w14:paraId="0E691B50" w14:textId="77777777" w:rsidR="004A5359" w:rsidRDefault="0014264C">
      <w:pPr>
        <w:jc w:val="both"/>
      </w:pPr>
      <w:r>
        <w:t>obowiązujących w społeczności przedszkolnej, a zwłaszcza dotyczących:</w:t>
      </w:r>
    </w:p>
    <w:p w14:paraId="71499351" w14:textId="77777777" w:rsidR="004A5359" w:rsidRDefault="0014264C">
      <w:pPr>
        <w:jc w:val="both"/>
      </w:pPr>
      <w:r>
        <w:t>1. systematycznego i aktywnego uczestniczenia w zajęciach edukacyjnych i w życiu</w:t>
      </w:r>
    </w:p>
    <w:p w14:paraId="2EA580AA" w14:textId="77777777" w:rsidR="004A5359" w:rsidRDefault="0014264C">
      <w:pPr>
        <w:jc w:val="both"/>
      </w:pPr>
      <w:r>
        <w:t>przedszkola na miarę własnych możliwości,</w:t>
      </w:r>
    </w:p>
    <w:p w14:paraId="1E45C583" w14:textId="77777777" w:rsidR="004A5359" w:rsidRDefault="0014264C">
      <w:pPr>
        <w:jc w:val="both"/>
      </w:pPr>
      <w:r>
        <w:t>2. przestrzegania zasad kultury współżycia w odniesieniu do rówieśników,</w:t>
      </w:r>
    </w:p>
    <w:p w14:paraId="75B6FE90" w14:textId="77777777" w:rsidR="004A5359" w:rsidRDefault="0014264C">
      <w:pPr>
        <w:jc w:val="both"/>
      </w:pPr>
      <w:r>
        <w:t>nauczycieli i innych pracowników przedszkola,</w:t>
      </w:r>
    </w:p>
    <w:p w14:paraId="0850E190" w14:textId="77777777" w:rsidR="004A5359" w:rsidRDefault="0014264C">
      <w:pPr>
        <w:jc w:val="both"/>
      </w:pPr>
      <w:r>
        <w:t>3. odpowiedzialności za własne życie, zdrowie i higienę,</w:t>
      </w:r>
    </w:p>
    <w:p w14:paraId="21E9FF8C" w14:textId="77777777" w:rsidR="004A5359" w:rsidRDefault="0014264C">
      <w:pPr>
        <w:jc w:val="both"/>
      </w:pPr>
      <w:r>
        <w:t>4. dbania o własne dobro, ład i porządek w przedszkolu.</w:t>
      </w:r>
    </w:p>
    <w:p w14:paraId="28FD541C" w14:textId="77777777" w:rsidR="004A5359" w:rsidRDefault="0014264C">
      <w:pPr>
        <w:jc w:val="both"/>
      </w:pPr>
      <w:r>
        <w:t>5.  W przypadku notorycznego lekceważenia praw wychowanków lub szczególnego</w:t>
      </w:r>
    </w:p>
    <w:p w14:paraId="19907D22" w14:textId="77777777" w:rsidR="004A5359" w:rsidRDefault="0014264C">
      <w:pPr>
        <w:jc w:val="both"/>
      </w:pPr>
      <w:r>
        <w:t>wykroczenia           przeciw nim pracowników przedszkola, dziecko osobiście lub poprzez rodziców</w:t>
      </w:r>
    </w:p>
    <w:p w14:paraId="571D355A" w14:textId="77777777" w:rsidR="004A5359" w:rsidRDefault="0014264C">
      <w:pPr>
        <w:jc w:val="both"/>
      </w:pPr>
      <w:r>
        <w:t>zgłasza ten fakt  nauczycielowi lub Dyrektorowi przedszkola.</w:t>
      </w:r>
    </w:p>
    <w:p w14:paraId="169499C9" w14:textId="77777777" w:rsidR="004A5359" w:rsidRDefault="0014264C">
      <w:pPr>
        <w:pStyle w:val="Heading2"/>
        <w:jc w:val="both"/>
      </w:pPr>
      <w:r>
        <w:t>§ 21.</w:t>
      </w:r>
    </w:p>
    <w:p w14:paraId="5DDC708F" w14:textId="77777777" w:rsidR="004A5359" w:rsidRDefault="0014264C">
      <w:pPr>
        <w:jc w:val="both"/>
      </w:pPr>
      <w:r>
        <w:t>1.  Skreślenia dziecka z listy przyjętych wychowanków w wymienionych przypadkach dokonuje</w:t>
      </w:r>
    </w:p>
    <w:p w14:paraId="6CD71528" w14:textId="77777777" w:rsidR="004A5359" w:rsidRDefault="0014264C">
      <w:pPr>
        <w:jc w:val="both"/>
      </w:pPr>
      <w:r>
        <w:t>Dyrektor, stosując poniższą procedurę:</w:t>
      </w:r>
    </w:p>
    <w:p w14:paraId="12539F5D" w14:textId="77777777" w:rsidR="004A5359" w:rsidRDefault="0014264C">
      <w:pPr>
        <w:jc w:val="both"/>
      </w:pPr>
      <w:r>
        <w:t>1. wysłanie do rodziców lub doręczenie pisma informującego o naruszeniu zapisów</w:t>
      </w:r>
    </w:p>
    <w:p w14:paraId="2D1561C4" w14:textId="77777777" w:rsidR="004A5359" w:rsidRDefault="0014264C">
      <w:pPr>
        <w:jc w:val="both"/>
      </w:pPr>
      <w:r>
        <w:t>statutu za potwierdzeniem odbioru,</w:t>
      </w:r>
    </w:p>
    <w:p w14:paraId="285471C6" w14:textId="77777777" w:rsidR="004A5359" w:rsidRDefault="0014264C">
      <w:pPr>
        <w:jc w:val="both"/>
      </w:pPr>
      <w:r>
        <w:t>2. ustalenie sytuacji dziecka i rodziny, rozmowa-negocjacje Dyrektora, psychologa</w:t>
      </w:r>
    </w:p>
    <w:p w14:paraId="4A9D7D0A" w14:textId="77777777" w:rsidR="004A5359" w:rsidRDefault="0014264C">
      <w:pPr>
        <w:jc w:val="both"/>
      </w:pPr>
      <w:r>
        <w:t>z rodzicami,</w:t>
      </w:r>
    </w:p>
    <w:p w14:paraId="16D2C6BF" w14:textId="77777777" w:rsidR="004A5359" w:rsidRDefault="0014264C">
      <w:pPr>
        <w:jc w:val="both"/>
      </w:pPr>
      <w:r>
        <w:t>3. zasięgnięcie w sytuacji problemowej opinii odpowiednich instytucji</w:t>
      </w:r>
    </w:p>
    <w:p w14:paraId="2F1F4642" w14:textId="77777777" w:rsidR="004A5359" w:rsidRDefault="0014264C">
      <w:pPr>
        <w:jc w:val="both"/>
      </w:pPr>
      <w:r>
        <w:t>zewnętrznych (np. MOPS w Redzie ),</w:t>
      </w:r>
    </w:p>
    <w:p w14:paraId="5DD726A5" w14:textId="77777777" w:rsidR="004A5359" w:rsidRDefault="0014264C">
      <w:pPr>
        <w:jc w:val="both"/>
      </w:pPr>
      <w:r>
        <w:t>4. rozwiązanie umowy cywilno-prawnej o świadczeniu usług.</w:t>
      </w:r>
    </w:p>
    <w:p w14:paraId="21F26B86" w14:textId="77777777" w:rsidR="004A5359" w:rsidRDefault="0014264C">
      <w:pPr>
        <w:jc w:val="both"/>
      </w:pPr>
      <w:r>
        <w:t>2.  Skreślenie dziecka z listy przyjętych wychowanków następuje z zachowaniem okresu</w:t>
      </w:r>
    </w:p>
    <w:p w14:paraId="6C13B683" w14:textId="77777777" w:rsidR="004A5359" w:rsidRDefault="0014264C">
      <w:pPr>
        <w:jc w:val="both"/>
      </w:pPr>
      <w:r>
        <w:t>wypowiedzenia umowy cywilno-prawnej.</w:t>
      </w:r>
    </w:p>
    <w:p w14:paraId="4B4DC0B1" w14:textId="77777777" w:rsidR="004A5359" w:rsidRDefault="0014264C">
      <w:pPr>
        <w:pStyle w:val="Heading1"/>
        <w:jc w:val="both"/>
      </w:pPr>
      <w:bookmarkStart w:id="7" w:name="_Toc239453183"/>
      <w:r>
        <w:t>ROZDZIAŁ VII</w:t>
      </w:r>
      <w:bookmarkEnd w:id="7"/>
    </w:p>
    <w:p w14:paraId="00E61EF2" w14:textId="77777777" w:rsidR="004A5359" w:rsidRDefault="0014264C">
      <w:pPr>
        <w:jc w:val="both"/>
      </w:pPr>
      <w:r>
        <w:t>POSTANOWIENIA KOŃCOWE</w:t>
      </w:r>
    </w:p>
    <w:p w14:paraId="173DD8D2" w14:textId="77777777" w:rsidR="004A5359" w:rsidRDefault="0014264C">
      <w:pPr>
        <w:pStyle w:val="Heading2"/>
        <w:jc w:val="both"/>
      </w:pPr>
      <w:r>
        <w:lastRenderedPageBreak/>
        <w:t>§ 22.</w:t>
      </w:r>
    </w:p>
    <w:p w14:paraId="3AB3BEE4" w14:textId="77777777" w:rsidR="004A5359" w:rsidRDefault="0014264C">
      <w:pPr>
        <w:jc w:val="both"/>
      </w:pPr>
      <w:r>
        <w:t>1. Przedszkole prowadzi i przechowuje dokumentację zgodnie z odrębnymi przepisami.</w:t>
      </w:r>
    </w:p>
    <w:p w14:paraId="1CAF0490" w14:textId="77777777" w:rsidR="004A5359" w:rsidRDefault="0014264C">
      <w:pPr>
        <w:jc w:val="both"/>
      </w:pPr>
      <w:r>
        <w:t>2. Przedszkole prowadzi własną planowaną gospodarkę finansową i materiałową, za którą</w:t>
      </w:r>
    </w:p>
    <w:p w14:paraId="014ECE4D" w14:textId="77777777" w:rsidR="004A5359" w:rsidRDefault="0014264C">
      <w:pPr>
        <w:jc w:val="both"/>
      </w:pPr>
      <w:r>
        <w:t>odpowiedzialny jest dyrektor.</w:t>
      </w:r>
    </w:p>
    <w:p w14:paraId="474D061C" w14:textId="77777777" w:rsidR="004A5359" w:rsidRDefault="0014264C">
      <w:pPr>
        <w:pStyle w:val="Heading2"/>
        <w:jc w:val="both"/>
      </w:pPr>
      <w:r>
        <w:t>§ 23</w:t>
      </w:r>
    </w:p>
    <w:p w14:paraId="70F04B78" w14:textId="77777777" w:rsidR="004A5359" w:rsidRDefault="0014264C">
      <w:pPr>
        <w:jc w:val="both"/>
      </w:pPr>
      <w:r>
        <w:t>1. Z treścią Statutu przedszkola można zapoznać się w biurze Dyrektora.</w:t>
      </w:r>
    </w:p>
    <w:p w14:paraId="4D8C2418" w14:textId="77777777" w:rsidR="004A5359" w:rsidRDefault="0014264C">
      <w:pPr>
        <w:jc w:val="both"/>
      </w:pPr>
      <w:r>
        <w:t>2. Statut Przedszkola   w Redzie przy ul. Miłosza 13 w powyższym brzmieniu wchodzi w życie z</w:t>
      </w:r>
    </w:p>
    <w:p w14:paraId="14517CF8" w14:textId="77777777" w:rsidR="004A5359" w:rsidRDefault="0014264C">
      <w:pPr>
        <w:jc w:val="both"/>
      </w:pPr>
      <w:r>
        <w:t>dniem 1 września 2026 roku.</w:t>
      </w:r>
    </w:p>
    <w:sectPr w:rsidR="004A5359" w:rsidSect="00034616">
      <w:headerReference w:type="default" r:id="rId8"/>
      <w:footerReference w:type="default" r:id="rId9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3B9403" w14:textId="77777777" w:rsidR="00521A84" w:rsidRDefault="00521A84">
      <w:pPr>
        <w:spacing w:after="0" w:line="240" w:lineRule="auto"/>
      </w:pPr>
      <w:r>
        <w:separator/>
      </w:r>
    </w:p>
  </w:endnote>
  <w:endnote w:type="continuationSeparator" w:id="0">
    <w:p w14:paraId="099426E4" w14:textId="77777777" w:rsidR="00521A84" w:rsidRDefault="00521A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F65B5" w14:textId="77777777" w:rsidR="004A5359" w:rsidRDefault="0014264C">
    <w:pPr>
      <w:pStyle w:val="Footer"/>
    </w:pPr>
    <w:proofErr w:type="spellStart"/>
    <w:r>
      <w:t>Niepubliczne</w:t>
    </w:r>
    <w:proofErr w:type="spellEnd"/>
    <w:r>
      <w:t xml:space="preserve"> </w:t>
    </w:r>
    <w:proofErr w:type="spellStart"/>
    <w:r>
      <w:t>Przedszkole</w:t>
    </w:r>
    <w:proofErr w:type="spellEnd"/>
    <w:r>
      <w:t xml:space="preserve"> „U </w:t>
    </w:r>
    <w:proofErr w:type="spellStart"/>
    <w:r>
      <w:t>Dziadka</w:t>
    </w:r>
    <w:proofErr w:type="spellEnd"/>
    <w:r>
      <w:t xml:space="preserve"> i </w:t>
    </w:r>
    <w:proofErr w:type="spellStart"/>
    <w:r>
      <w:t>Babci</w:t>
    </w:r>
    <w:proofErr w:type="spellEnd"/>
    <w:r>
      <w:t xml:space="preserve">” - Page </w:t>
    </w:r>
    <w:r>
      <w:fldChar w:fldCharType="begin"/>
    </w:r>
    <w:r>
      <w:instrText>PAGE</w:instrText>
    </w:r>
    <w:r>
      <w:fldChar w:fldCharType="separate"/>
    </w:r>
    <w:r w:rsidR="006E6EF0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CD372" w14:textId="77777777" w:rsidR="00521A84" w:rsidRDefault="00521A84">
      <w:pPr>
        <w:spacing w:after="0" w:line="240" w:lineRule="auto"/>
      </w:pPr>
      <w:r>
        <w:separator/>
      </w:r>
    </w:p>
  </w:footnote>
  <w:footnote w:type="continuationSeparator" w:id="0">
    <w:p w14:paraId="53CE808F" w14:textId="77777777" w:rsidR="00521A84" w:rsidRDefault="00521A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8B7B5" w14:textId="77777777" w:rsidR="004A5359" w:rsidRDefault="0014264C">
    <w:pPr>
      <w:pStyle w:val="Header"/>
    </w:pPr>
    <w:proofErr w:type="spellStart"/>
    <w:r>
      <w:t>Niepubliczne</w:t>
    </w:r>
    <w:proofErr w:type="spellEnd"/>
    <w:r>
      <w:t xml:space="preserve"> </w:t>
    </w:r>
    <w:proofErr w:type="spellStart"/>
    <w:r>
      <w:t>Przedszkole</w:t>
    </w:r>
    <w:proofErr w:type="spellEnd"/>
    <w:r>
      <w:t xml:space="preserve"> „U </w:t>
    </w:r>
    <w:proofErr w:type="spellStart"/>
    <w:r>
      <w:t>Dziadka</w:t>
    </w:r>
    <w:proofErr w:type="spellEnd"/>
    <w:r>
      <w:t xml:space="preserve"> i </w:t>
    </w:r>
    <w:proofErr w:type="spellStart"/>
    <w:r>
      <w:t>Babci</w:t>
    </w:r>
    <w:proofErr w:type="spellEnd"/>
    <w:r>
      <w:t>”</w:t>
    </w:r>
    <w:r>
      <w:tab/>
    </w:r>
    <w:proofErr w:type="spellStart"/>
    <w:r>
      <w:t>Statut</w:t>
    </w:r>
    <w:proofErr w:type="spellEnd"/>
    <w:r>
      <w:t xml:space="preserve">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75543957">
    <w:abstractNumId w:val="8"/>
  </w:num>
  <w:num w:numId="2" w16cid:durableId="1246497304">
    <w:abstractNumId w:val="6"/>
  </w:num>
  <w:num w:numId="3" w16cid:durableId="2119173831">
    <w:abstractNumId w:val="5"/>
  </w:num>
  <w:num w:numId="4" w16cid:durableId="1118570151">
    <w:abstractNumId w:val="4"/>
  </w:num>
  <w:num w:numId="5" w16cid:durableId="1280842254">
    <w:abstractNumId w:val="7"/>
  </w:num>
  <w:num w:numId="6" w16cid:durableId="421266160">
    <w:abstractNumId w:val="3"/>
  </w:num>
  <w:num w:numId="7" w16cid:durableId="1796290950">
    <w:abstractNumId w:val="2"/>
  </w:num>
  <w:num w:numId="8" w16cid:durableId="2112622318">
    <w:abstractNumId w:val="1"/>
  </w:num>
  <w:num w:numId="9" w16cid:durableId="2035836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4C67"/>
    <w:rsid w:val="0006063C"/>
    <w:rsid w:val="0014264C"/>
    <w:rsid w:val="0015074B"/>
    <w:rsid w:val="0029639D"/>
    <w:rsid w:val="00326F90"/>
    <w:rsid w:val="004A5359"/>
    <w:rsid w:val="00521A84"/>
    <w:rsid w:val="006E6EF0"/>
    <w:rsid w:val="008073A6"/>
    <w:rsid w:val="00AA1D8D"/>
    <w:rsid w:val="00B47730"/>
    <w:rsid w:val="00CB0664"/>
    <w:rsid w:val="00EB7DCD"/>
    <w:rsid w:val="00F553D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6B348A"/>
  <w14:defaultImageDpi w14:val="300"/>
  <w15:docId w15:val="{B4949184-2C36-48F5-BC4C-EBEE47A7C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6E6EF0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6E6EF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5929</Words>
  <Characters>33799</Characters>
  <Application>Microsoft Office Word</Application>
  <DocSecurity>0</DocSecurity>
  <Lines>281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39649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Harry Wilson</dc:creator>
  <cp:keywords/>
  <dc:description>generated by python-docx</dc:description>
  <cp:lastModifiedBy>Harry Wilson</cp:lastModifiedBy>
  <cp:revision>2</cp:revision>
  <dcterms:created xsi:type="dcterms:W3CDTF">2026-09-08T21:44:00Z</dcterms:created>
  <dcterms:modified xsi:type="dcterms:W3CDTF">2026-09-08T21:44:00Z</dcterms:modified>
  <cp:category/>
</cp:coreProperties>
</file>